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CONSULTING AGREEMENT</w:t>
      </w:r>
    </w:p>
    <w:p>
      <w:pPr/>
    </w:p>
    <w:p>
      <w:pPr/>
      <w:r>
        <w:rPr>
          <w:rFonts w:ascii="Times New Roman" w:hAnsi="Times New Roman" w:eastAsia="Times New Roman" w:cs="Times New Roman"/>
          <w:b/>
          <w:sz w:val="24"/>
        </w:rPr>
        <w:t>1. PARTIES</w:t>
      </w:r>
      <w:r>
        <w:rPr>
          <w:rFonts w:ascii="Times New Roman" w:hAnsi="Times New Roman" w:eastAsia="Times New Roman" w:cs="Times New Roman"/>
          <w:sz w:val="24"/>
        </w:rPr>
        <w:t xml:space="preserve">. This Consulting Agreement (“Agreement”) made on ____________________, 20____ is by and between: </w:t>
      </w:r>
    </w:p>
    <w:p>
      <w:pPr/>
    </w:p>
    <w:p>
      <w:pPr/>
      <w:r>
        <w:rPr>
          <w:rFonts w:ascii="Times New Roman" w:hAnsi="Times New Roman" w:eastAsia="Times New Roman" w:cs="Times New Roman"/>
          <w:b/>
          <w:sz w:val="24"/>
        </w:rPr>
        <w:t>Client</w:t>
      </w:r>
      <w:r>
        <w:rPr>
          <w:rFonts w:ascii="Times New Roman" w:hAnsi="Times New Roman" w:eastAsia="Times New Roman" w:cs="Times New Roman"/>
          <w:sz w:val="24"/>
        </w:rPr>
        <w:t xml:space="preserve">: ________________________________________ ("Client"), and </w:t>
      </w:r>
    </w:p>
    <w:p>
      <w:pPr/>
    </w:p>
    <w:p>
      <w:pPr/>
      <w:r>
        <w:rPr>
          <w:rFonts w:ascii="Times New Roman" w:hAnsi="Times New Roman" w:eastAsia="Times New Roman" w:cs="Times New Roman"/>
          <w:b/>
          <w:sz w:val="24"/>
        </w:rPr>
        <w:t>Consultant</w:t>
      </w:r>
      <w:r>
        <w:rPr>
          <w:rFonts w:ascii="Times New Roman" w:hAnsi="Times New Roman" w:eastAsia="Times New Roman" w:cs="Times New Roman"/>
          <w:sz w:val="24"/>
        </w:rPr>
        <w:t xml:space="preserve">: ________________________________________ (“Consultant"). </w:t>
      </w:r>
    </w:p>
    <w:p>
      <w:pPr/>
    </w:p>
    <w:p>
      <w:pPr/>
      <w:r>
        <w:rPr>
          <w:rFonts w:ascii="Times New Roman" w:hAnsi="Times New Roman" w:eastAsia="Times New Roman" w:cs="Times New Roman"/>
          <w:sz w:val="24"/>
        </w:rPr>
        <w:t>In consideration of the mutual terms, the Client hereby employs the Consultant as an independent contractor under the following terms and conditions:</w:t>
      </w:r>
    </w:p>
    <w:p>
      <w:pPr/>
    </w:p>
    <w:p>
      <w:pPr/>
      <w:r>
        <w:rPr>
          <w:rFonts w:ascii="Times New Roman" w:hAnsi="Times New Roman" w:eastAsia="Times New Roman" w:cs="Times New Roman"/>
          <w:b/>
          <w:sz w:val="24"/>
        </w:rPr>
        <w:t>2. TERM</w:t>
      </w:r>
      <w:r>
        <w:rPr>
          <w:rFonts w:ascii="Times New Roman" w:hAnsi="Times New Roman" w:eastAsia="Times New Roman" w:cs="Times New Roman"/>
          <w:sz w:val="24"/>
        </w:rPr>
        <w:t>. The term of this Agreement shall commence on ____________________, 20____ and will cancel upon: __________________________________________________________.</w:t>
      </w:r>
    </w:p>
    <w:p>
      <w:pPr/>
    </w:p>
    <w:p>
      <w:pPr/>
      <w:r>
        <w:rPr>
          <w:rFonts w:ascii="Times New Roman" w:hAnsi="Times New Roman" w:eastAsia="Times New Roman" w:cs="Times New Roman"/>
          <w:b/>
          <w:sz w:val="24"/>
        </w:rPr>
        <w:t>3. SERVICES PROVIDED</w:t>
      </w:r>
      <w:r>
        <w:rPr>
          <w:rFonts w:ascii="Times New Roman" w:hAnsi="Times New Roman" w:eastAsia="Times New Roman" w:cs="Times New Roman"/>
          <w:sz w:val="24"/>
        </w:rPr>
        <w:t>. The Consultant agrees to provide the Client the following services: ____________________________________________________________________________.</w:t>
      </w:r>
    </w:p>
    <w:p>
      <w:pPr/>
    </w:p>
    <w:p>
      <w:pPr/>
      <w:r>
        <w:rPr>
          <w:rFonts w:ascii="Times New Roman" w:hAnsi="Times New Roman" w:eastAsia="Times New Roman" w:cs="Times New Roman"/>
          <w:b/>
          <w:sz w:val="24"/>
        </w:rPr>
        <w:t>4. PAY</w:t>
      </w:r>
      <w:r>
        <w:rPr>
          <w:rFonts w:ascii="Times New Roman" w:hAnsi="Times New Roman" w:eastAsia="Times New Roman" w:cs="Times New Roman"/>
          <w:sz w:val="24"/>
        </w:rPr>
        <w:t>. The Client agrees to pay the Consultant the following for the services mentioned in Section 3 of this Agreement: ____________________________________________________.</w:t>
      </w:r>
    </w:p>
    <w:p>
      <w:pPr/>
    </w:p>
    <w:p>
      <w:pPr/>
      <w:r>
        <w:rPr>
          <w:rFonts w:ascii="Times New Roman" w:hAnsi="Times New Roman" w:eastAsia="Times New Roman" w:cs="Times New Roman"/>
          <w:b/>
          <w:sz w:val="24"/>
        </w:rPr>
        <w:t>5. EXPENSES</w:t>
      </w:r>
      <w:r>
        <w:rPr>
          <w:rFonts w:ascii="Times New Roman" w:hAnsi="Times New Roman" w:eastAsia="Times New Roman" w:cs="Times New Roman"/>
          <w:sz w:val="24"/>
        </w:rPr>
        <w:t>. The Consultant shall be responsible for the payment of all their own expenses during the term of this Agreement.</w:t>
      </w:r>
    </w:p>
    <w:p>
      <w:pPr/>
    </w:p>
    <w:p>
      <w:pPr/>
      <w:r>
        <w:rPr>
          <w:rFonts w:ascii="Times New Roman" w:hAnsi="Times New Roman" w:eastAsia="Times New Roman" w:cs="Times New Roman"/>
          <w:b/>
          <w:sz w:val="24"/>
        </w:rPr>
        <w:t>6. CONFIDENTIALITY</w:t>
      </w:r>
      <w:r>
        <w:rPr>
          <w:rFonts w:ascii="Times New Roman" w:hAnsi="Times New Roman" w:eastAsia="Times New Roman" w:cs="Times New Roman"/>
          <w:sz w:val="24"/>
        </w:rPr>
        <w:t>. The Consultant agrees that anything that is seen or known during their time under this Agreement shall be kept confidential for a period of ____ years after this Agreement terminates. If the Consultant uses information that could be considered a trade secret or proprietary information of the Client, the Client shall be entitled to monetary and legal compensation including, but not limited to, the right to claim damages to the fullest extent of the law and attorney’s fees.</w:t>
      </w:r>
    </w:p>
    <w:p>
      <w:pPr/>
    </w:p>
    <w:p>
      <w:pPr/>
      <w:r>
        <w:rPr>
          <w:rFonts w:ascii="Times New Roman" w:hAnsi="Times New Roman" w:eastAsia="Times New Roman" w:cs="Times New Roman"/>
          <w:b/>
          <w:sz w:val="24"/>
        </w:rPr>
        <w:t>7. FAILURE TO PROVIDE SERVICES</w:t>
      </w:r>
      <w:r>
        <w:rPr>
          <w:rFonts w:ascii="Times New Roman" w:hAnsi="Times New Roman" w:eastAsia="Times New Roman" w:cs="Times New Roman"/>
          <w:sz w:val="24"/>
        </w:rPr>
        <w:t>. If the Consultant becomes unable to perform the services under this Agreement by reason of illness, disability or death, compensation shall cease upon the happening of the event. Such event must be verified by a licensed physician within the State.</w:t>
      </w:r>
    </w:p>
    <w:p>
      <w:pPr/>
    </w:p>
    <w:p>
      <w:pPr/>
      <w:r>
        <w:rPr>
          <w:rFonts w:ascii="Times New Roman" w:hAnsi="Times New Roman" w:eastAsia="Times New Roman" w:cs="Times New Roman"/>
          <w:b/>
          <w:sz w:val="24"/>
        </w:rPr>
        <w:t>8. ASSIGNMENT</w:t>
      </w:r>
      <w:r>
        <w:rPr>
          <w:rFonts w:ascii="Times New Roman" w:hAnsi="Times New Roman" w:eastAsia="Times New Roman" w:cs="Times New Roman"/>
          <w:sz w:val="24"/>
        </w:rPr>
        <w:t>. Neither party may assign this Agreement without the express written consent of the other party.</w:t>
      </w:r>
    </w:p>
    <w:p>
      <w:pPr/>
    </w:p>
    <w:p>
      <w:pPr/>
      <w:r>
        <w:rPr>
          <w:rFonts w:ascii="Times New Roman" w:hAnsi="Times New Roman" w:eastAsia="Times New Roman" w:cs="Times New Roman"/>
          <w:b/>
          <w:sz w:val="24"/>
        </w:rPr>
        <w:t>9.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10. ENTIRE AGREEMENT</w:t>
      </w:r>
      <w:r>
        <w:rPr>
          <w:rFonts w:ascii="Times New Roman" w:hAnsi="Times New Roman" w:eastAsia="Times New Roman" w:cs="Times New Roman"/>
          <w:sz w:val="24"/>
        </w:rPr>
        <w:t>. This Agreement constitutes the entire agreement between the parties with respect to the subject matter hereof and supersedes all other prior agreements and understandings, both written and oral, between the parties with respect to the subject matter hereof.</w:t>
      </w:r>
    </w:p>
    <w:p>
      <w:pPr/>
    </w:p>
    <w:p>
      <w:pPr/>
      <w:r>
        <w:rPr>
          <w:rFonts w:ascii="Times New Roman" w:hAnsi="Times New Roman" w:eastAsia="Times New Roman" w:cs="Times New Roman"/>
          <w:b/>
          <w:sz w:val="24"/>
        </w:rPr>
        <w:t>11. GOVERNING LAW</w:t>
      </w:r>
      <w:r>
        <w:rPr>
          <w:rFonts w:ascii="Times New Roman" w:hAnsi="Times New Roman" w:eastAsia="Times New Roman" w:cs="Times New Roman"/>
          <w:sz w:val="24"/>
        </w:rPr>
        <w:t xml:space="preserve">. This Agreement shall be construed in accordance with and governed by the laws of the State of ___________________. </w:t>
      </w:r>
    </w:p>
    <w:p>
      <w:pPr/>
    </w:p>
    <w:p>
      <w:pPr/>
      <w:r>
        <w:rPr>
          <w:rFonts w:ascii="Times New Roman" w:hAnsi="Times New Roman" w:eastAsia="Times New Roman" w:cs="Times New Roman"/>
          <w:sz w:val="24"/>
        </w:rPr>
        <w:t xml:space="preserve">Client Signature: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Consultant Signature: </w:t>
      </w:r>
      <w:r>
        <w:rPr>
          <w:rFonts w:ascii="Times New Roman" w:hAnsi="Times New Roman" w:eastAsia="Times New Roman" w:cs="Times New Roman"/>
          <w:sz w:val="24"/>
        </w:rPr>
        <w:t>__________________</w:t>
      </w:r>
    </w:p>
    <w:p>
      <w:pPr/>
      <w:r>
        <w:rPr>
          <w:rFonts w:ascii="Times New Roman" w:hAnsi="Times New Roman" w:eastAsia="Times New Roman" w:cs="Times New Roman"/>
          <w:sz w:val="24"/>
        </w:rPr>
        <w:t>Print Name: __________________                 Print Name: 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