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10-Day Notice to Vacate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NOTICE TO VACATE</w:t>
      </w:r>
    </w:p>
    <w:p>
      <w:pPr>
        <w:keepNext w:val="0"/>
        <w:spacing w:before="200" w:after="0" w:line="260" w:lineRule="exact"/>
        <w:ind w:left="720" w:right="0" w:firstLine="0"/>
        <w:jc w:val="right"/>
      </w:pPr>
      <w:r>
        <w:rPr>
          <w:rFonts w:ascii="Times New Roman" w:hAnsi="Times New Roman" w:eastAsia="Times New Roman" w:cs="Times New Roman"/>
          <w:b w:val="0"/>
          <w:sz w:val="24"/>
        </w:rPr>
        <w:t>Date: [date]</w:t>
      </w:r>
    </w:p>
    <w:p>
      <w:pPr>
        <w:keepNext w:val="0"/>
        <w:spacing w:before="200" w:after="0" w:line="260" w:lineRule="exact"/>
        <w:ind w:left="720" w:right="0" w:firstLine="0"/>
        <w:jc w:val="both"/>
      </w:pPr>
      <w:r>
        <w:rPr>
          <w:rFonts w:ascii="Times New Roman" w:hAnsi="Times New Roman" w:eastAsia="Times New Roman" w:cs="Times New Roman"/>
          <w:b w:val="0"/>
          <w:sz w:val="24"/>
        </w:rPr>
        <w:t>To: [tenant’s name]</w:t>
      </w:r>
    </w:p>
    <w:p>
      <w:pPr>
        <w:keepNext w:val="0"/>
        <w:spacing w:before="200" w:after="0" w:line="260" w:lineRule="exact"/>
        <w:ind w:left="720" w:right="0" w:firstLine="0"/>
        <w:jc w:val="both"/>
      </w:pPr>
      <w:r>
        <w:rPr>
          <w:rFonts w:ascii="Times New Roman" w:hAnsi="Times New Roman" w:eastAsia="Times New Roman" w:cs="Times New Roman"/>
          <w:b w:val="0"/>
          <w:sz w:val="24"/>
        </w:rPr>
        <w:t>and all occupants</w:t>
      </w:r>
    </w:p>
    <w:p>
      <w:pPr>
        <w:keepNext w:val="0"/>
        <w:spacing w:before="200" w:after="0" w:line="260" w:lineRule="exact"/>
        <w:ind w:left="720" w:right="0" w:firstLine="0"/>
        <w:jc w:val="both"/>
      </w:pPr>
      <w:r>
        <w:rPr>
          <w:rFonts w:ascii="Times New Roman" w:hAnsi="Times New Roman" w:eastAsia="Times New Roman" w:cs="Times New Roman"/>
          <w:b w:val="0"/>
          <w:sz w:val="24"/>
        </w:rPr>
        <w:t>Address: [full address]</w:t>
      </w:r>
    </w:p>
    <w:p>
      <w:pPr>
        <w:keepNext w:val="0"/>
        <w:spacing w:before="200" w:after="0" w:line="260" w:lineRule="exact"/>
        <w:ind w:left="720" w:right="0" w:firstLine="0"/>
        <w:jc w:val="both"/>
      </w:pPr>
      <w:r>
        <w:rPr>
          <w:rFonts w:ascii="Times New Roman" w:hAnsi="Times New Roman" w:eastAsia="Times New Roman" w:cs="Times New Roman"/>
          <w:b w:val="0"/>
          <w:sz w:val="24"/>
        </w:rPr>
        <w:t>Via Regular Mail and Certified Mail with Return Receipt # _____</w:t>
      </w:r>
    </w:p>
    <w:p>
      <w:pPr>
        <w:keepNext w:val="0"/>
        <w:spacing w:before="200" w:after="0" w:line="260" w:lineRule="exact"/>
        <w:ind w:left="720" w:right="0" w:firstLine="0"/>
        <w:jc w:val="both"/>
      </w:pPr>
      <w:r>
        <w:rPr>
          <w:rFonts w:ascii="Times New Roman" w:hAnsi="Times New Roman" w:eastAsia="Times New Roman" w:cs="Times New Roman"/>
          <w:b w:val="0"/>
          <w:sz w:val="24"/>
        </w:rPr>
        <w:t>Re:</w:t>
        <w:tab/>
        <w:t>Property located at [full address of leased premises]</w:t>
      </w:r>
    </w:p>
    <w:p>
      <w:pPr>
        <w:keepNext w:val="0"/>
        <w:spacing w:before="200" w:after="0" w:line="260" w:lineRule="exact"/>
        <w:ind w:left="720" w:right="0" w:firstLine="0"/>
        <w:jc w:val="both"/>
      </w:pPr>
      <w:r>
        <w:rPr>
          <w:rFonts w:ascii="Times New Roman" w:hAnsi="Times New Roman" w:eastAsia="Times New Roman" w:cs="Times New Roman"/>
          <w:b w:val="0"/>
          <w:sz w:val="24"/>
        </w:rPr>
        <w:t>Notice to Vacate</w:t>
      </w:r>
    </w:p>
    <w:p>
      <w:pPr>
        <w:keepNext w:val="0"/>
        <w:spacing w:before="200" w:after="0" w:line="260" w:lineRule="exact"/>
        <w:ind w:left="720" w:right="0" w:firstLine="0"/>
        <w:jc w:val="both"/>
      </w:pPr>
      <w:r>
        <w:rPr>
          <w:rFonts w:ascii="Times New Roman" w:hAnsi="Times New Roman" w:eastAsia="Times New Roman" w:cs="Times New Roman"/>
          <w:b w:val="0"/>
          <w:sz w:val="24"/>
        </w:rPr>
        <w:t>Greetings,</w:t>
      </w:r>
    </w:p>
    <w:p>
      <w:pPr>
        <w:keepNext w:val="0"/>
        <w:spacing w:before="200" w:after="0" w:line="260" w:lineRule="exact"/>
        <w:ind w:left="720" w:right="0" w:firstLine="0"/>
        <w:jc w:val="both"/>
      </w:pPr>
      <w:r>
        <w:rPr>
          <w:rFonts w:ascii="Times New Roman" w:hAnsi="Times New Roman" w:eastAsia="Times New Roman" w:cs="Times New Roman"/>
          <w:b w:val="0"/>
          <w:sz w:val="24"/>
        </w:rPr>
        <w:t>Notice to vacate the above-described property on ten days’ written notice, pursuant to Section 24.006 of the Texas Property Code, is hereby given.</w:t>
      </w:r>
    </w:p>
    <w:p>
      <w:pPr>
        <w:keepNext w:val="0"/>
        <w:spacing w:before="200" w:after="0" w:line="260" w:lineRule="exact"/>
        <w:ind w:left="720" w:right="0" w:firstLine="0"/>
        <w:jc w:val="both"/>
      </w:pPr>
      <w:r>
        <w:rPr>
          <w:rFonts w:ascii="Times New Roman" w:hAnsi="Times New Roman" w:eastAsia="Times New Roman" w:cs="Times New Roman"/>
          <w:b w:val="0"/>
          <w:sz w:val="24"/>
        </w:rPr>
        <w:t>If the occupant(s) fail to vacate the premises before the 11th day after the date of receipt of this notice, and if the premises owner or owner’s agent files suit, then attorney’s fees may be recovered by the party filing suit.</w:t>
      </w:r>
    </w:p>
    <w:p>
      <w:pPr>
        <w:keepNext w:val="0"/>
        <w:spacing w:before="120" w:after="0" w:line="260" w:lineRule="exact"/>
        <w:ind w:left="720" w:right="0" w:firstLine="0"/>
        <w:jc w:val="left"/>
      </w:pPr>
      <w:r>
        <w:rPr>
          <w:rFonts w:ascii="Times New Roman" w:hAnsi="Times New Roman" w:eastAsia="Times New Roman" w:cs="Times New Roman"/>
          <w:b w:val="0"/>
          <w:sz w:val="24"/>
        </w:rPr>
        <w:t>Sincerely,</w:t>
      </w:r>
    </w:p>
    <w:p>
      <w:pPr>
        <w:keepNext w:val="0"/>
        <w:spacing w:before="120" w:after="0" w:line="260" w:lineRule="exact"/>
        <w:ind w:left="720" w:right="0" w:firstLine="0"/>
        <w:jc w:val="left"/>
      </w:pPr>
      <w:r>
        <w:rPr>
          <w:rFonts w:ascii="Times New Roman" w:hAnsi="Times New Roman" w:eastAsia="Times New Roman" w:cs="Times New Roman"/>
          <w:b w:val="0"/>
          <w:sz w:val="24"/>
        </w:rPr>
        <w:t>[company name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[name and title (if applicable)]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