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14-day Demand for Payment of Rent or Possession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RENT DEMAND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 [name of tenant or tenants]: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PLEASE TAKE NOTICE that demand is hereby made upon you to pay to the undersigned on or before [month] [day], [year] [</w:t>
      </w:r>
      <w:r>
        <w:rPr>
          <w:rFonts w:ascii="Times New Roman" w:hAnsi="Times New Roman" w:eastAsia="Times New Roman" w:cs="Times New Roman"/>
          <w:b/>
          <w:sz w:val="24"/>
        </w:rPr>
        <w:t>ALTERNATE CLAUSE: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the expiration of 14 days’ after this service], the sum of $ [amount] for rent for the month (or months) of [month(s)] [description of space, if applicable] in [address of premises] now occupied by you as tenant, the undersigned being the landlord thereof, or in the alternative that you deliver possession thereof to the undersigned.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YOUR FAILURE TO COMPLY will result in the Landlord commencing summary proceedings under the statute to recover possession of the premises.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Dated: [date]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signatory]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[title of signatory, if applicable]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of landlord’s attorney]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[attorneys address]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[attorney’s telephone number]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