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15-DAY DEMAND LETTER FOR PAYMENT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From</w:t>
      </w:r>
    </w:p>
    <w:p>
      <w:pPr>
        <w:spacing w:before="0" w:after="0" w:line="240" w:lineRule="auto"/>
      </w:pPr>
      <w:r>
        <w:rPr>
          <w:rFonts w:ascii="Times New Roman" w:hAnsi="Times New Roman" w:eastAsia="Times New Roman" w:cs="Times New Roman"/>
          <w:sz w:val="24"/>
        </w:rPr>
        <w:t>_________________</w:t>
      </w:r>
    </w:p>
    <w:p>
      <w:pPr>
        <w:spacing w:before="0" w:after="0" w:line="240" w:lineRule="auto"/>
      </w:pPr>
      <w:r>
        <w:rPr>
          <w:rFonts w:ascii="Times New Roman" w:hAnsi="Times New Roman" w:eastAsia="Times New Roman" w:cs="Times New Roman"/>
          <w:sz w:val="24"/>
        </w:rPr>
        <w:t>_________________</w:t>
      </w:r>
    </w:p>
    <w:p>
      <w:pPr>
        <w:spacing w:before="0" w:after="0" w:line="240" w:lineRule="auto"/>
      </w:pPr>
      <w:r>
        <w:rPr>
          <w:rFonts w:ascii="Times New Roman" w:hAnsi="Times New Roman" w:eastAsia="Times New Roman" w:cs="Times New Roman"/>
          <w:sz w:val="24"/>
        </w:rPr>
        <w:t>_________________</w:t>
      </w:r>
    </w:p>
    <w:p>
      <w:pPr>
        <w:spacing w:before="0" w:after="0" w:line="240" w:lineRule="auto"/>
      </w:pPr>
      <w:r>
        <w:rPr>
          <w:rFonts w:ascii="Times New Roman" w:hAnsi="Times New Roman" w:eastAsia="Times New Roman" w:cs="Times New Roman"/>
          <w:sz w:val="24"/>
        </w:rPr>
        <w:t>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Date _________________, 20____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b/>
          <w:sz w:val="24"/>
        </w:rPr>
        <w:t>THIS IS AN ATTEMPT TO COLLECT A DEBT.</w:t>
      </w:r>
    </w:p>
    <w:p>
      <w:pPr>
        <w:spacing w:before="0" w:after="0" w:line="240" w:lineRule="auto"/>
      </w:pPr>
    </w:p>
    <w:p>
      <w:pPr>
        <w:spacing w:before="0" w:after="0" w:line="240" w:lineRule="auto"/>
      </w:pPr>
      <w:r>
        <w:rPr>
          <w:rFonts w:ascii="Times New Roman" w:hAnsi="Times New Roman" w:eastAsia="Times New Roman" w:cs="Times New Roman"/>
          <w:b/>
          <w:sz w:val="24"/>
        </w:rPr>
        <w:t>AMOUNT DUE $________</w:t>
      </w:r>
    </w:p>
    <w:p>
      <w:pPr>
        <w:spacing w:before="0" w:after="0" w:line="240" w:lineRule="auto"/>
      </w:pPr>
    </w:p>
    <w:p>
      <w:pPr>
        <w:spacing w:before="0" w:after="0" w:line="240" w:lineRule="auto"/>
      </w:pPr>
      <w:r>
        <w:rPr>
          <w:rFonts w:ascii="Times New Roman" w:hAnsi="Times New Roman" w:eastAsia="Times New Roman" w:cs="Times New Roman"/>
          <w:b/>
          <w:sz w:val="24"/>
        </w:rPr>
        <w:t>YOU HAVE 15 DAYS TO PAY ENDING ON _________________, 20____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Dear 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You currently have an outstanding balance with _________________ in the amount of </w:t>
      </w:r>
      <w:r>
        <w:rPr>
          <w:rFonts w:ascii="Times New Roman" w:hAnsi="Times New Roman" w:eastAsia="Times New Roman" w:cs="Times New Roman"/>
          <w:sz w:val="24"/>
        </w:rPr>
        <w:t xml:space="preserve">$________. </w:t>
      </w:r>
    </w:p>
    <w:p>
      <w:pPr>
        <w:spacing w:before="0" w:after="0" w:line="240" w:lineRule="auto"/>
      </w:pPr>
    </w:p>
    <w:p>
      <w:pPr>
        <w:spacing w:before="0" w:after="0" w:line="240" w:lineRule="auto"/>
      </w:pPr>
      <w:r>
        <w:rPr>
          <w:rFonts w:ascii="Times New Roman" w:hAnsi="Times New Roman" w:eastAsia="Times New Roman" w:cs="Times New Roman"/>
          <w:sz w:val="24"/>
        </w:rPr>
        <w:t>The outstanding balance is in regard to: ___________________________________.</w:t>
      </w:r>
    </w:p>
    <w:p>
      <w:pPr>
        <w:spacing w:before="0" w:after="0" w:line="240" w:lineRule="auto"/>
      </w:pPr>
    </w:p>
    <w:p>
      <w:pPr>
        <w:spacing w:before="0" w:after="0" w:line="240" w:lineRule="auto"/>
      </w:pPr>
      <w:r>
        <w:rPr>
          <w:rFonts w:ascii="Times New Roman" w:hAnsi="Times New Roman" w:eastAsia="Times New Roman" w:cs="Times New Roman"/>
          <w:sz w:val="24"/>
        </w:rPr>
        <w:t>In order to resolve this matter, you shall have fifteen (15) days to pay this debt.</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 xml:space="preserve">If there is no response to this letter, all legal rights shall be explored, including, but not limited to, legal proceedings necessary to recover the debt without further notice or this debt may be transferred to a collection’s agency in accordance with State and Federal laws. </w:t>
      </w:r>
    </w:p>
    <w:p>
      <w:pPr>
        <w:spacing w:before="0" w:after="0" w:line="240" w:lineRule="auto"/>
      </w:pPr>
    </w:p>
    <w:p>
      <w:pPr>
        <w:spacing w:before="0" w:after="0" w:line="240" w:lineRule="auto"/>
      </w:pPr>
      <w:r>
        <w:rPr>
          <w:rFonts w:ascii="Times New Roman" w:hAnsi="Times New Roman" w:eastAsia="Times New Roman" w:cs="Times New Roman"/>
          <w:sz w:val="24"/>
        </w:rPr>
        <w:t>This demand letter for payment serves as official notice to you and may be tendered in court as evidence of your failure to pay. If legal action is to occur to resolve this matter, it may involve having you pay attorney’s fees and may impact your credit history.</w:t>
      </w:r>
    </w:p>
    <w:p>
      <w:pPr>
        <w:spacing w:before="0" w:after="0" w:line="240" w:lineRule="auto"/>
      </w:pPr>
    </w:p>
    <w:p>
      <w:pPr>
        <w:spacing w:before="0" w:after="0" w:line="240" w:lineRule="auto"/>
      </w:pPr>
      <w:r>
        <w:rPr>
          <w:rFonts w:ascii="Times New Roman" w:hAnsi="Times New Roman" w:eastAsia="Times New Roman" w:cs="Times New Roman"/>
          <w:sz w:val="24"/>
        </w:rPr>
        <w:t>We hope to resolve this matter as soon as possible.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Sincerely,</w:t>
      </w:r>
    </w:p>
    <w:p>
      <w:pPr>
        <w:spacing w:before="0" w:after="0" w:line="240" w:lineRule="auto"/>
      </w:pPr>
    </w:p>
    <w:p>
      <w:pPr>
        <w:spacing w:before="0" w:after="0" w:line="240" w:lineRule="auto"/>
      </w:pPr>
      <w:r>
        <w:rPr>
          <w:rFonts w:ascii="Times New Roman" w:hAnsi="Times New Roman" w:eastAsia="Times New Roman" w:cs="Times New Roman"/>
          <w:sz w:val="24"/>
        </w:rPr>
        <w:t>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