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30-Day Notice for Unpaid Assessments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30 DAY NOTICE FOR UNPAID ASSESSMENTS</w:t>
      </w:r>
    </w:p>
    <w:p>
      <w:pPr>
        <w:keepNext w:val="0"/>
        <w:spacing w:before="200" w:after="0" w:line="260" w:lineRule="exact"/>
        <w:ind w:left="720" w:right="0" w:firstLine="0"/>
        <w:jc w:val="center"/>
      </w:pPr>
      <w:r>
        <w:rPr>
          <w:rFonts w:ascii="Times New Roman" w:hAnsi="Times New Roman" w:eastAsia="Times New Roman" w:cs="Times New Roman"/>
          <w:b w:val="0"/>
          <w:sz w:val="24"/>
        </w:rPr>
        <w:t>[Month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To: [tenant names]</w:t>
      </w:r>
    </w:p>
    <w:p>
      <w:pPr>
        <w:keepNext w:val="0"/>
        <w:spacing w:before="200" w:after="0" w:line="260" w:lineRule="exact"/>
        <w:ind w:left="720" w:right="0" w:firstLine="0"/>
        <w:jc w:val="both"/>
      </w:pPr>
      <w:r>
        <w:rPr>
          <w:rFonts w:ascii="Times New Roman" w:hAnsi="Times New Roman" w:eastAsia="Times New Roman" w:cs="Times New Roman"/>
          <w:b w:val="0"/>
          <w:sz w:val="24"/>
        </w:rPr>
        <w:t>Any and All Unknown Occupants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[city/state/zip code]</w:t>
      </w:r>
    </w:p>
    <w:p>
      <w:pPr>
        <w:keepNext w:val="0"/>
        <w:spacing w:before="200" w:after="0" w:line="260" w:lineRule="exact"/>
        <w:ind w:left="720" w:right="0" w:firstLine="0"/>
        <w:jc w:val="both"/>
      </w:pPr>
      <w:r>
        <w:rPr>
          <w:rFonts w:ascii="Times New Roman" w:hAnsi="Times New Roman" w:eastAsia="Times New Roman" w:cs="Times New Roman"/>
          <w:b w:val="0"/>
          <w:sz w:val="24"/>
        </w:rPr>
        <w:t>YOU ARE HEREBY NOTIFIED that the following amounts are currently due and owing for the property commonly known as [address] pursuant to the condominium instruments and bylaws:</w:t>
      </w:r>
    </w:p>
    <w:p>
      <w:pPr>
        <w:keepNext w:val="0"/>
        <w:spacing w:before="200" w:after="0" w:line="260" w:lineRule="exact"/>
        <w:ind w:left="720" w:right="0" w:firstLine="0"/>
        <w:jc w:val="both"/>
      </w:pPr>
      <w:r>
        <w:rPr>
          <w:rFonts w:ascii="Times New Roman" w:hAnsi="Times New Roman" w:eastAsia="Times New Roman" w:cs="Times New Roman"/>
          <w:b/>
          <w:sz w:val="24"/>
        </w:rPr>
        <w:t>Total:</w:t>
      </w:r>
      <w:r>
        <w:rPr>
          <w:rFonts w:ascii="Times New Roman" w:hAnsi="Times New Roman" w:eastAsia="Times New Roman" w:cs="Times New Roman"/>
          <w:b w:val="0"/>
          <w:sz w:val="24"/>
        </w:rPr>
        <w:t xml:space="preserve"> [amount]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send your payment to: [payment address]. If paying by check, make the check out to [payor name]. If you do not pay the amount listed above within 30 days after the date that this notice is served upon you, the association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to evict you and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for the money you owe under the condominium instruments and bylaws.</w:t>
      </w:r>
    </w:p>
    <w:p>
      <w:pPr>
        <w:keepNext w:val="0"/>
        <w:spacing w:before="200" w:after="0" w:line="260" w:lineRule="exact"/>
        <w:ind w:left="720" w:right="0" w:firstLine="0"/>
        <w:jc w:val="both"/>
      </w:pPr>
      <w:r>
        <w:rPr>
          <w:rFonts w:ascii="Times New Roman" w:hAnsi="Times New Roman" w:eastAsia="Times New Roman" w:cs="Times New Roman"/>
          <w:b w:val="0"/>
          <w:sz w:val="24"/>
        </w:rPr>
        <w:t>Only FULL PAYMENT of all amounts demanded in this notice will invalidate the demand, unless the person claiming possession, or his or her agent or attorney, agrees in writing to withdraw the demand in exchange for receiving partial payment.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[association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signer]</w:t>
      </w:r>
    </w:p>
    <w:p>
      <w:pPr>
        <w:keepNext w:val="0"/>
        <w:spacing w:before="120" w:after="0" w:line="260" w:lineRule="exact"/>
        <w:ind w:left="360" w:right="0" w:firstLine="0"/>
        <w:jc w:val="left"/>
      </w:pPr>
      <w:r>
        <w:rPr>
          <w:rFonts w:ascii="Times New Roman" w:hAnsi="Times New Roman" w:eastAsia="Times New Roman" w:cs="Times New Roman"/>
          <w:b w:val="0"/>
          <w:sz w:val="24"/>
        </w:rPr>
        <w:t>[title of signer]</w:t>
      </w:r>
    </w:p>
    <w:p>
      <w:pPr>
        <w:keepNext w:val="0"/>
        <w:spacing w:before="200" w:after="0" w:line="260" w:lineRule="exact"/>
        <w:ind w:left="360" w:right="0" w:firstLine="0"/>
        <w:jc w:val="both"/>
      </w:pPr>
      <w:r>
        <w:rPr>
          <w:rFonts w:ascii="Times New Roman" w:hAnsi="Times New Roman" w:eastAsia="Times New Roman" w:cs="Times New Roman"/>
          <w:b w:val="0"/>
          <w:sz w:val="24"/>
        </w:rPr>
        <w:t>[firm or client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state, zip code]</w:t>
      </w:r>
    </w:p>
    <w:p>
      <w:pPr>
        <w:keepNext w:val="0"/>
        <w:spacing w:before="200" w:after="0" w:line="260" w:lineRule="exact"/>
        <w:ind w:left="360" w:right="0" w:firstLine="0"/>
        <w:jc w:val="both"/>
      </w:pPr>
      <w:r>
        <w:rPr>
          <w:rFonts w:ascii="Times New Roman" w:hAnsi="Times New Roman" w:eastAsia="Times New Roman" w:cs="Times New Roman"/>
          <w:b w:val="0"/>
          <w:sz w:val="24"/>
        </w:rPr>
        <w:t>[phone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[fax number]</w:t>
      </w:r>
    </w:p>
    <w:p>
      <w:pPr>
        <w:keepNext w:val="0"/>
        <w:spacing w:before="200" w:after="0" w:line="260" w:lineRule="exact"/>
        <w:ind w:left="360" w:right="0" w:firstLine="0"/>
        <w:jc w:val="both"/>
      </w:pPr>
      <w:r>
        <w:rPr>
          <w:rFonts w:ascii="Times New Roman" w:hAnsi="Times New Roman" w:eastAsia="Times New Roman" w:cs="Times New Roman"/>
          <w:b w:val="0"/>
          <w:sz w:val="24"/>
        </w:rPr>
        <w:t>[email]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attempt to collect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and any information obtained will be used for that purpose.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