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30-Day Notice to With Right to Cure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30 DAY NOTICE WITH RIGHT TO CURE</w:t>
      </w:r>
    </w:p>
    <w:p>
      <w:pPr>
        <w:keepNext w:val="0"/>
        <w:spacing w:before="200" w:after="0" w:line="260" w:lineRule="exact"/>
        <w:ind w:left="720" w:right="0" w:firstLine="0"/>
        <w:jc w:val="center"/>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To: [tenant names]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[city/state/zip code]</w:t>
      </w:r>
    </w:p>
    <w:p>
      <w:pPr>
        <w:keepNext w:val="0"/>
        <w:spacing w:before="200" w:after="0" w:line="260" w:lineRule="exact"/>
        <w:ind w:left="720" w:right="0" w:firstLine="0"/>
        <w:jc w:val="both"/>
      </w:pPr>
      <w:r>
        <w:rPr>
          <w:rFonts w:ascii="Times New Roman" w:hAnsi="Times New Roman" w:eastAsia="Times New Roman" w:cs="Times New Roman"/>
          <w:b w:val="0"/>
          <w:sz w:val="24"/>
        </w:rPr>
        <w:t>You are hereby notified that you have violated the terms of your lease in the following ways (check one):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rent you owe under the terms of your lease of this property is past due or you have failed to pay late fees required under the lease terms. There is currently due and owing back rent in the amount of [monthly rental rate] per month for the month(s) of [months], plus late fees in the amount of [amount] for the month(s) of [months] </w:t>
      </w:r>
      <w:r>
        <w:rPr>
          <w:rFonts w:ascii="Times New Roman" w:hAnsi="Times New Roman" w:eastAsia="Times New Roman" w:cs="Times New Roman"/>
          <w:b/>
          <w:sz w:val="24"/>
        </w:rPr>
        <w:t xml:space="preserve">coming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total of [total]</w:t>
      </w:r>
      <w:r>
        <w:rPr>
          <w:rFonts w:ascii="Times New Roman" w:hAnsi="Times New Roman" w:eastAsia="Times New Roman" w:cs="Times New Roman"/>
          <w:b w:val="0"/>
          <w:sz w:val="24"/>
        </w:rPr>
        <w:t>. Please send your payment to: [payment address]. If paying by check, make the check out to [payor].</w:t>
      </w:r>
    </w:p>
    <w:p>
      <w:pPr>
        <w:keepNext w:val="0"/>
        <w:spacing w:before="200" w:after="0" w:line="260" w:lineRule="exact"/>
        <w:ind w:left="1080" w:right="0" w:firstLine="0"/>
        <w:jc w:val="both"/>
      </w:pPr>
      <w:r>
        <w:rPr>
          <w:rFonts w:ascii="Times New Roman" w:hAnsi="Times New Roman" w:eastAsia="Times New Roman" w:cs="Times New Roman"/>
          <w:b w:val="0"/>
          <w:sz w:val="24"/>
        </w:rPr>
        <w:t>☐ You have breached other terms of the lease in that you (describe violations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first box is checked, you must pay the entire amount of back rent and late fees owed within 30 days of the date this notice is validly served upon you or your lease of this property will be terminated and your landlord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to evict you. If you fail to pay (even if you move out of the property within the 30-day period), your landlord may also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money judgment for the money you owe under the lease terms, either as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lawsuit brought by the landlord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lawsuit seeking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money judgment only.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second box is checked, you must cure all of the lease violations described above within 30 days of the date this notice is validly served upon you or your lease of this property will be terminated and your landlord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to evict you. Alternatively, you may move out of the property within the 30-day period. Nothing in this notice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landlord's right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against you for any money that you owe your landlord, even if you move out within the 30-day period.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[landlord name],</w:t>
      </w:r>
    </w:p>
    <w:p>
      <w:pPr>
        <w:keepNext w:val="0"/>
        <w:spacing w:before="120" w:after="0" w:line="260" w:lineRule="exact"/>
        <w:ind w:left="360" w:right="0" w:firstLine="0"/>
        <w:jc w:val="left"/>
      </w:pPr>
      <w:r>
        <w:rPr>
          <w:rFonts w:ascii="Times New Roman" w:hAnsi="Times New Roman" w:eastAsia="Times New Roman" w:cs="Times New Roman"/>
          <w:b w:val="0"/>
          <w:sz w:val="24"/>
        </w:rPr>
        <w:t>Landlord</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signer]</w:t>
      </w:r>
    </w:p>
    <w:p>
      <w:pPr>
        <w:keepNext w:val="0"/>
        <w:spacing w:before="200" w:after="0" w:line="260" w:lineRule="exact"/>
        <w:ind w:left="360" w:right="0" w:firstLine="0"/>
        <w:jc w:val="both"/>
      </w:pPr>
      <w:r>
        <w:rPr>
          <w:rFonts w:ascii="Times New Roman" w:hAnsi="Times New Roman" w:eastAsia="Times New Roman" w:cs="Times New Roman"/>
          <w:b w:val="0"/>
          <w:sz w:val="24"/>
        </w:rPr>
        <w:t>[firm or client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state, zip code]</w:t>
      </w:r>
    </w:p>
    <w:p>
      <w:pPr>
        <w:keepNext w:val="0"/>
        <w:spacing w:before="200" w:after="0" w:line="260" w:lineRule="exact"/>
        <w:ind w:left="360" w:right="0" w:firstLine="0"/>
        <w:jc w:val="both"/>
      </w:pPr>
      <w:r>
        <w:rPr>
          <w:rFonts w:ascii="Times New Roman" w:hAnsi="Times New Roman" w:eastAsia="Times New Roman" w:cs="Times New Roman"/>
          <w:b w:val="0"/>
          <w:sz w:val="24"/>
        </w:rPr>
        <w:t>[phone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[fax number]</w:t>
      </w:r>
    </w:p>
    <w:p>
      <w:pPr>
        <w:keepNext w:val="0"/>
        <w:spacing w:before="20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This notice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attempt to collect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and any information obtained will be used for that purpose.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