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5-DAY DEMAND LETTER FOR PAYMENT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PARTY OWED]</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r>
        <w:rPr>
          <w:rFonts w:ascii="Times New Roman" w:hAnsi="Times New Roman" w:eastAsia="Times New Roman" w:cs="Times New Roman"/>
          <w:b/>
          <w:sz w:val="24"/>
        </w:rPr>
        <w:t>THIS IS AN ATTEMPT TO COLLECT A DEBT.</w:t>
      </w:r>
    </w:p>
    <w:p>
      <w:pPr>
        <w:spacing w:before="0" w:after="0" w:line="240" w:lineRule="auto"/>
      </w:pPr>
    </w:p>
    <w:p>
      <w:pPr>
        <w:spacing w:before="0" w:after="0" w:line="240" w:lineRule="auto"/>
      </w:pPr>
      <w:r>
        <w:rPr>
          <w:rFonts w:ascii="Times New Roman" w:hAnsi="Times New Roman" w:eastAsia="Times New Roman" w:cs="Times New Roman"/>
          <w:b/>
          <w:sz w:val="24"/>
        </w:rPr>
        <w:t>AMOUNT DUE $</w:t>
      </w:r>
      <w:r>
        <w:rPr>
          <w:rFonts w:ascii="Times New Roman" w:hAnsi="Times New Roman" w:eastAsia="Times New Roman" w:cs="Times New Roman"/>
          <w:b/>
          <w:sz w:val="24"/>
        </w:rPr>
        <w:t>[DOLLAR AMOUNT DUE]</w:t>
      </w:r>
    </w:p>
    <w:p>
      <w:pPr>
        <w:spacing w:before="0" w:after="0" w:line="240" w:lineRule="auto"/>
      </w:pPr>
    </w:p>
    <w:p>
      <w:pPr>
        <w:spacing w:before="0" w:after="0" w:line="240" w:lineRule="auto"/>
      </w:pPr>
      <w:r>
        <w:rPr>
          <w:rFonts w:ascii="Times New Roman" w:hAnsi="Times New Roman" w:eastAsia="Times New Roman" w:cs="Times New Roman"/>
          <w:b/>
          <w:sz w:val="24"/>
        </w:rPr>
        <w:t xml:space="preserve">YOU HAVE 5 DAYS TO PAY ENDING ON </w:t>
      </w:r>
      <w:r>
        <w:rPr>
          <w:rFonts w:ascii="Times New Roman" w:hAnsi="Times New Roman" w:eastAsia="Times New Roman" w:cs="Times New Roman"/>
          <w:b/>
          <w:sz w:val="24"/>
        </w:rPr>
        <w:t>[DATE]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[NAME OF DEBTOR]</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You currently have an outstanding balance with </w:t>
      </w:r>
      <w:r>
        <w:rPr>
          <w:rFonts w:ascii="Times New Roman" w:hAnsi="Times New Roman" w:eastAsia="Times New Roman" w:cs="Times New Roman"/>
          <w:sz w:val="24"/>
        </w:rPr>
        <w:t>[NAME OF CREDITOR]</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w:t>
      </w:r>
      <w:r>
        <w:rPr>
          <w:rFonts w:ascii="Times New Roman" w:hAnsi="Times New Roman" w:eastAsia="Times New Roman" w:cs="Times New Roman"/>
          <w:sz w:val="24"/>
        </w:rPr>
        <w:t>[AMOUNT OWED]</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 xml:space="preserve">The outstanding balance is in regard to: </w:t>
      </w:r>
      <w:r>
        <w:rPr>
          <w:rFonts w:ascii="Times New Roman" w:hAnsi="Times New Roman" w:eastAsia="Times New Roman" w:cs="Times New Roman"/>
          <w:sz w:val="24"/>
        </w:rPr>
        <w:t>[REASON FOR DEBT]</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In order to resolve this matter, you shall have five (5) days to pay this debt.</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demand letter for payment serves as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