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5-Day Notice to Quit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NOTICE TO QUIT</w:t>
      </w:r>
    </w:p>
    <w:p>
      <w:pPr>
        <w:keepNext w:val="0"/>
        <w:spacing w:before="200" w:after="0" w:line="260" w:lineRule="exact"/>
        <w:ind w:left="360" w:right="0" w:firstLine="0"/>
        <w:jc w:val="center"/>
      </w:pPr>
      <w:r>
        <w:rPr>
          <w:rFonts w:ascii="Times New Roman" w:hAnsi="Times New Roman" w:eastAsia="Times New Roman" w:cs="Times New Roman"/>
          <w:b/>
          <w:sz w:val="24"/>
        </w:rPr>
        <w:t>EVICTION NOTICE</w:t>
      </w:r>
    </w:p>
    <w:p>
      <w:pPr>
        <w:keepNext w:val="0"/>
        <w:spacing w:before="200" w:after="0" w:line="260" w:lineRule="exact"/>
        <w:ind w:left="360" w:right="0" w:firstLine="0"/>
        <w:jc w:val="center"/>
      </w:pPr>
      <w:r>
        <w:rPr>
          <w:rFonts w:ascii="Times New Roman" w:hAnsi="Times New Roman" w:eastAsia="Times New Roman" w:cs="Times New Roman"/>
          <w:b/>
          <w:sz w:val="24"/>
        </w:rPr>
        <w:t>5-DAY NOTICE TO PAY RENT OR QUIT</w:t>
      </w:r>
    </w:p>
    <w:p>
      <w:pPr>
        <w:keepNext w:val="0"/>
        <w:spacing w:before="200" w:after="0" w:line="260" w:lineRule="exact"/>
        <w:ind w:left="360" w:right="0" w:firstLine="0"/>
        <w:jc w:val="both"/>
      </w:pPr>
      <w:r>
        <w:rPr>
          <w:rFonts w:ascii="Times New Roman" w:hAnsi="Times New Roman" w:eastAsia="Times New Roman" w:cs="Times New Roman"/>
          <w:b/>
          <w:sz w:val="24"/>
        </w:rPr>
        <w:t>[Date]</w:t>
      </w:r>
    </w:p>
    <w:p>
      <w:pPr>
        <w:keepNext w:val="0"/>
        <w:spacing w:before="200" w:after="0" w:line="260" w:lineRule="exact"/>
        <w:ind w:left="360" w:right="0" w:firstLine="0"/>
        <w:jc w:val="both"/>
      </w:pPr>
      <w:r>
        <w:rPr>
          <w:rFonts w:ascii="Times New Roman" w:hAnsi="Times New Roman" w:eastAsia="Times New Roman" w:cs="Times New Roman"/>
          <w:b/>
          <w:sz w:val="24"/>
        </w:rPr>
        <w:t>To: [tenant name]</w:t>
      </w:r>
    </w:p>
    <w:p>
      <w:pPr>
        <w:keepNext w:val="0"/>
        <w:spacing w:before="200" w:after="0" w:line="260" w:lineRule="exact"/>
        <w:ind w:left="360" w:right="0" w:firstLine="0"/>
        <w:jc w:val="both"/>
      </w:pPr>
      <w:r>
        <w:rPr>
          <w:rFonts w:ascii="Times New Roman" w:hAnsi="Times New Roman" w:eastAsia="Times New Roman" w:cs="Times New Roman"/>
          <w:b/>
          <w:sz w:val="24"/>
        </w:rPr>
        <w:t>[Tenant notice street address]</w:t>
      </w:r>
    </w:p>
    <w:p>
      <w:pPr>
        <w:keepNext w:val="0"/>
        <w:spacing w:before="200" w:after="0" w:line="260" w:lineRule="exact"/>
        <w:ind w:left="360" w:right="0" w:firstLine="0"/>
        <w:jc w:val="both"/>
      </w:pPr>
      <w:r>
        <w:rPr>
          <w:rFonts w:ascii="Times New Roman" w:hAnsi="Times New Roman" w:eastAsia="Times New Roman" w:cs="Times New Roman"/>
          <w:b/>
          <w:sz w:val="24"/>
        </w:rPr>
        <w:t>[Tenant notice city, state, zip code]</w:t>
      </w:r>
    </w:p>
    <w:p>
      <w:pPr>
        <w:keepNext w:val="0"/>
        <w:spacing w:before="200" w:after="0" w:line="260" w:lineRule="exact"/>
        <w:ind w:left="360" w:right="0" w:firstLine="0"/>
        <w:jc w:val="both"/>
      </w:pPr>
      <w:r>
        <w:rPr>
          <w:rFonts w:ascii="Times New Roman" w:hAnsi="Times New Roman" w:eastAsia="Times New Roman" w:cs="Times New Roman"/>
          <w:b w:val="0"/>
          <w:sz w:val="24"/>
        </w:rPr>
        <w:t>Leased Premises: [property street address, city, state, zip code] (the "Premises")</w:t>
      </w:r>
    </w:p>
    <w:p>
      <w:pPr>
        <w:keepNext w:val="0"/>
        <w:spacing w:before="200" w:after="0" w:line="260" w:lineRule="exact"/>
        <w:ind w:left="360" w:right="0" w:firstLine="0"/>
        <w:jc w:val="both"/>
      </w:pPr>
      <w:r>
        <w:rPr>
          <w:rFonts w:ascii="Times New Roman" w:hAnsi="Times New Roman" w:eastAsia="Times New Roman" w:cs="Times New Roman"/>
          <w:b/>
          <w:sz w:val="24"/>
        </w:rPr>
        <w:t>YOU ARE HEREBY NOTIFIED THAT</w:t>
      </w:r>
      <w:r>
        <w:rPr>
          <w:rFonts w:ascii="Times New Roman" w:hAnsi="Times New Roman" w:eastAsia="Times New Roman" w:cs="Times New Roman"/>
          <w:b w:val="0"/>
          <w:sz w:val="24"/>
        </w:rPr>
        <w:t>, pursuant to the terms of your [rental agreement] (the "Lease") for the rent and use of the Premises listed above now occupied by you:</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Your payment for the rent which was due and owing for the period from [first delinquent rent date] to [last delinquent rent date] ("Delinquent Period") was [dishonor description].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your rent for said Delinquent Period remains unpaid after the date such rent was due. Therefore, your rent is PAST DUE. Accordingly, you owe the following amounts:</w:t>
      </w:r>
    </w:p>
    <w:p>
      <w:pPr>
        <w:keepNext w:val="0"/>
        <w:spacing w:before="200" w:after="0" w:line="260" w:lineRule="exact"/>
        <w:ind w:left="360" w:right="0" w:firstLine="0"/>
        <w:jc w:val="both"/>
      </w:pPr>
      <w:r>
        <w:rPr>
          <w:rFonts w:ascii="Times New Roman" w:hAnsi="Times New Roman" w:eastAsia="Times New Roman" w:cs="Times New Roman"/>
          <w:b/>
          <w:sz w:val="24"/>
        </w:rPr>
        <w:t>I demand payment in full of the total amount past due within five (5) days from the date of delivery of this notice</w:t>
      </w:r>
      <w:r>
        <w:rPr>
          <w:rFonts w:ascii="Times New Roman" w:hAnsi="Times New Roman" w:eastAsia="Times New Roman" w:cs="Times New Roman"/>
          <w:b w:val="0"/>
          <w:sz w:val="24"/>
        </w:rPr>
        <w:t>. UNLESS PAYMENT IS MADE BY SUCH DATE, THE LEASE WILL BE TERMINATED AND YOU MUST VACATE THE PREMISES. You are further notified that unless you pay the total amount past due or vacate the premises by such date, legal action may be initiated against you.</w:t>
      </w:r>
    </w:p>
    <w:p>
      <w:pPr>
        <w:keepNext w:val="0"/>
        <w:spacing w:before="200" w:after="0" w:line="260" w:lineRule="exact"/>
        <w:ind w:left="360" w:right="0" w:firstLine="0"/>
        <w:jc w:val="both"/>
      </w:pPr>
      <w:r>
        <w:rPr>
          <w:rFonts w:ascii="Times New Roman" w:hAnsi="Times New Roman" w:eastAsia="Times New Roman" w:cs="Times New Roman"/>
          <w:b w:val="0"/>
          <w:sz w:val="24"/>
        </w:rPr>
        <w:t>Any items of personal property left in the Premises, any storage area, or otherwise on the property upon which the Premises is located may be disposed of by Landlord without liability within the 24-hour period after lease termination.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NOTICE IS PROVIDED TO YOU IN ACCORDANCE WITH THE LEASE AND THE VIRGINIA RESIDENTIAL LANDLORD AND TENANT ACT, CODE OF VIRGINIA SECTION 55.1-1245. NOTHING IN THIS NOTICE IS INTENDED OR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THE LANDLORD OF ANY RIGHTS OR REMEDIES THE LANDLORD MAY HAVE UNDER THE LEASE OR UNDER STATE OR FEDERAL LAW.</w:t>
      </w:r>
    </w:p>
    <w:p>
      <w:pP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200" w:after="0" w:line="260" w:lineRule="exact"/>
        <w:ind w:left="360" w:right="0" w:firstLine="0"/>
        <w:jc w:val="right"/>
      </w:pPr>
      <w:r>
        <w:rPr>
          <w:rFonts w:ascii="Times New Roman" w:hAnsi="Times New Roman" w:eastAsia="Times New Roman" w:cs="Times New Roman"/>
          <w:b w:val="0"/>
          <w:sz w:val="24"/>
        </w:rPr>
        <w:t>____________________</w:t>
      </w:r>
    </w:p>
    <w:p>
      <w:pPr>
        <w:keepNext w:val="0"/>
        <w:spacing w:before="200" w:after="0" w:line="260" w:lineRule="exact"/>
        <w:ind w:left="360" w:right="0" w:firstLine="0"/>
        <w:jc w:val="right"/>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Landlord's Contact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Name: [landlord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 [landlord street address, city, state, zip code]</w:t>
      </w:r>
    </w:p>
    <w:p>
      <w:pPr>
        <w:keepNext w:val="0"/>
        <w:spacing w:before="200" w:after="0" w:line="260" w:lineRule="exact"/>
        <w:ind w:left="360" w:right="0" w:firstLine="0"/>
        <w:jc w:val="both"/>
      </w:pPr>
      <w:r>
        <w:rPr>
          <w:rFonts w:ascii="Times New Roman" w:hAnsi="Times New Roman" w:eastAsia="Times New Roman" w:cs="Times New Roman"/>
          <w:b w:val="0"/>
          <w:sz w:val="24"/>
        </w:rPr>
        <w:t>Phone Number: [landlord contact phone number]</w:t>
      </w:r>
    </w:p>
    <w:p>
      <w:pPr/>
    </w:p>
    <w:p>
      <w:pPr>
        <w:keepNext w:val="0"/>
        <w:spacing w:before="120" w:after="0" w:line="260" w:lineRule="exact"/>
        <w:ind w:left="360" w:right="0" w:firstLine="0"/>
        <w:jc w:val="left"/>
      </w:pPr>
      <w:r>
        <w:rPr>
          <w:rFonts w:ascii="Times New Roman" w:hAnsi="Times New Roman" w:eastAsia="Times New Roman" w:cs="Times New Roman"/>
          <w:b/>
          <w:sz w:val="24"/>
        </w:rPr>
        <w:t>PROOF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the undersigned, being at least 18 years of age, declare under penalty of perjury under the laws of the Commonwealth of Virginia, that on ____________________, 20_____ I served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the attached Notice of Termination in the following method:</w:t>
      </w:r>
    </w:p>
    <w:p>
      <w:pPr>
        <w:keepNext w:val="0"/>
        <w:spacing w:before="200" w:after="0" w:line="260" w:lineRule="exact"/>
        <w:ind w:left="720" w:right="0" w:firstLine="0"/>
        <w:jc w:val="both"/>
      </w:pPr>
      <w:r>
        <w:rPr>
          <w:rFonts w:ascii="Times New Roman" w:hAnsi="Times New Roman" w:eastAsia="Times New Roman" w:cs="Times New Roman"/>
          <w:b w:val="0"/>
          <w:sz w:val="24"/>
        </w:rPr>
        <w:t>☐ Personal delivery to ____________________ at the following address: ____________________________________________________________________________________________________.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 Substituted delivery left with/at ____________________ at the following address: ____________________________________________________________________________________________________.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 Posted delivery at the following address: ____________________________________________________________________________________________________.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 Registered mail, return receipt requested to ____________________ at the following address: ____________________________________________________________________________________________________.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 Certified mail, return receipt requested to ____________________ at the following address: 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Signed 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