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ACA Nondiscrimination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DISCRIMINATION IS AGAINST THE LAW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[covered entity] complies with applicable Federal civil rights laws and does not discriminate on the basis of race, color, national origin, age, disability, or sex. [covered entity] does not exclude people or treat them differently because of race, color, national origin, age, disability, or sex.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[covered entity]: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Provides free aids and services to people with disabilities to communicate effectively with us, such as: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○ Qualified sign language interpreters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○ Written information in other formats (large print, audio, accessible electronic formats, other formats)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Provides free language services to people whose primary language is not English, such as: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○ Qualified interpreters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○ Information written in other languages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need these services, contact [entity representative]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believe that [covered entity] has failed to provide these services or discriminated in another way on the basis of race, color, national origin, age, disability, or sex, you can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grievance with [name and title of entity representative], [mailing address], [telephone number], [TTY number—if covered entity has one], [fax], [email]. You can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grievance in person or by mail, fax, or email. If you need help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grievance, [name and title of entity representative] is available to help you at: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[mailing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[telephone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[fax]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[email]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can also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civil rights complaint with the U.S. Department of Health and Human Services, Office for Civil Rights, electronically through the Office for Civil Rights Complaint Portal, available at https://ocrportal.hhs.gov/ocr/portal/lobby.jsf, or by mail or phone at: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U.S. Department of Health and Human Services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200 Independence Avenue, SW Room 509F,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HHH Building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Washington, D.C. 20201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1-800-368-1019, 800-537-7697 (TDD)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Complaint forms are available at http://www.hhs.gov/ocr/office/file/index.html.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Language Assistance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[TO BE TRANSLATED INTO THE RELEVANT LANGUAGES AND REPEATED AS MANY TIMES AS IS NECESSARY:]</w:t>
      </w:r>
    </w:p>
    <w:p>
      <w:pPr/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If you speak [language], language assistance services, free of charge, are available to you. Call [number].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