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ACA Separate Payment Accommodation Notice for Contraceptive Services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Your employer has certified that your group health plan qualifies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with respect to the federal requirement to cover all Food and Drug Administration-approved contraceptive services for women, as prescribed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health care provider, without cost sharing.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means that your employer will not contract, arrange, pay, or refer for contraceptive coverage. Instead, [name of third-party health insurance issuer or administrator] will provide or arrange separate payments for contraceptive services that you use, without cost sharing and at no other cost, for so long as you are enrolled in the plan.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 employer will not administer or fund these payments. If you have any questions about this notice, contact [name and contact information for third-party health insurance issuer or administrator].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