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[Date]</w:t>
      </w:r>
    </w:p>
    <w:p>
      <w:pPr/>
      <w:r>
        <w:rPr>
          <w:rFonts w:ascii="Times New Roman" w:hAnsi="Times New Roman" w:eastAsia="Times New Roman" w:cs="Times New Roman"/>
          <w:sz w:val="24"/>
        </w:rPr>
        <w:t>[Healthcare provider’s / physician’s address]</w:t>
      </w:r>
    </w:p>
    <w:p>
      <w:pPr/>
      <w:r>
        <w:rPr>
          <w:rFonts w:ascii="Times New Roman" w:hAnsi="Times New Roman" w:eastAsia="Times New Roman" w:cs="Times New Roman"/>
          <w:sz w:val="24"/>
        </w:rPr>
        <w:t xml:space="preserve">Re: </w:t>
      </w:r>
      <w:r>
        <w:rPr>
          <w:rFonts w:ascii="Times New Roman" w:hAnsi="Times New Roman" w:eastAsia="Times New Roman" w:cs="Times New Roman"/>
          <w:sz w:val="24"/>
        </w:rPr>
        <w:t>Patient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[Employee's name] – Reasonable Accommodation/Leave of Absence from Work/Return to Work Status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the Americans with Disabilities Act</w:t>
      </w:r>
    </w:p>
    <w:p>
      <w:pPr/>
      <w:r>
        <w:rPr>
          <w:rFonts w:ascii="Times New Roman" w:hAnsi="Times New Roman" w:eastAsia="Times New Roman" w:cs="Times New Roman"/>
          <w:sz w:val="24"/>
        </w:rPr>
        <w:t>Patient’s Position</w:t>
      </w:r>
      <w:r>
        <w:rPr>
          <w:rFonts w:ascii="Times New Roman" w:hAnsi="Times New Roman" w:eastAsia="Times New Roman" w:cs="Times New Roman"/>
          <w:sz w:val="24"/>
        </w:rPr>
        <w:t>: [position] (A description of the position’s requirements is attached)</w:t>
      </w:r>
    </w:p>
    <w:p>
      <w:pPr/>
      <w:r>
        <w:rPr>
          <w:rFonts w:ascii="Times New Roman" w:hAnsi="Times New Roman" w:eastAsia="Times New Roman" w:cs="Times New Roman"/>
          <w:sz w:val="24"/>
        </w:rPr>
        <w:t>Employer</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w:t>
      </w:r>
    </w:p>
    <w:p>
      <w:pPr/>
      <w:r>
        <w:rPr>
          <w:rFonts w:ascii="Times New Roman" w:hAnsi="Times New Roman" w:eastAsia="Times New Roman" w:cs="Times New Roman"/>
          <w:sz w:val="24"/>
        </w:rPr>
        <w:t>Dear [Healthcare provider’s / physician’s name]:</w:t>
      </w:r>
    </w:p>
    <w:p>
      <w:pPr/>
      <w:r>
        <w:rPr>
          <w:rFonts w:ascii="Times New Roman" w:hAnsi="Times New Roman" w:eastAsia="Times New Roman" w:cs="Times New Roman"/>
          <w:sz w:val="24"/>
        </w:rPr>
        <w:t>The purpose of this letter is to obtain information related to [employee’s] [mental or physical impairment] that will help us evaluate his or her request for [employee’s reasonable accommodation request] as a reasonable accommodation under the Americans with Disabilities Act.</w:t>
      </w:r>
    </w:p>
    <w:p>
      <w:pPr/>
      <w:r>
        <w:rPr>
          <w:rFonts w:ascii="Times New Roman" w:hAnsi="Times New Roman" w:eastAsia="Times New Roman" w:cs="Times New Roman"/>
          <w:sz w:val="24"/>
        </w:rPr>
        <w:t>To understand the [employee’s] limitation(s), how they relate to the essential functions of his or her position as [position], and ways to reasonably accommodate them, we ask that you complete, sign, and return the enclosed Healthcare Provider Questionnaire to me by [date]. Please refer to the accompanying job description as needed. We developed this questionnaire merely as a means to solicit your input. Please do not feel bound by the questions we ask or the manner in which we present them. Of course, we would be happy to discuss this matter with you. If you would like to speak with us, the questionnaire will be a useful tool in facilitating our discussion. We enclose a limited medical release form which [employee] signed authorizing you to release his or her personal health information to me as set forth in the release form.</w:t>
      </w:r>
    </w:p>
    <w:p>
      <w:pPr/>
      <w:r>
        <w:rPr>
          <w:rFonts w:ascii="Times New Roman" w:hAnsi="Times New Roman" w:eastAsia="Times New Roman" w:cs="Times New Roman"/>
          <w:sz w:val="24"/>
        </w:rPr>
        <w:t>If you need additional information or have any questions, please do not hesitate to call me at [contact information]. If not, please return the completed and signed questionnaire to me in the enclosed self-addressed stamped envelope marked personal and confidential.</w:t>
      </w:r>
    </w:p>
    <w:p>
      <w:pPr/>
      <w:r>
        <w:rPr>
          <w:rFonts w:ascii="Times New Roman" w:hAnsi="Times New Roman" w:eastAsia="Times New Roman" w:cs="Times New Roman"/>
          <w:sz w:val="24"/>
        </w:rPr>
        <w:t>Thank you, in advance, for your cooperation.</w:t>
      </w:r>
    </w:p>
    <w:p>
      <w:pPr/>
    </w:p>
    <w:p>
      <w:pPr/>
      <w:r>
        <w:rPr>
          <w:rFonts w:ascii="Times New Roman" w:hAnsi="Times New Roman" w:eastAsia="Times New Roman" w:cs="Times New Roman"/>
          <w:sz w:val="24"/>
        </w:rPr>
        <w:t>Sincerely,</w:t>
      </w:r>
    </w:p>
    <w:p>
      <w:pPr/>
    </w:p>
    <w:p>
      <w:pPr/>
    </w:p>
    <w:p>
      <w:pPr/>
      <w:r>
        <w:rPr>
          <w:rFonts w:ascii="Times New Roman" w:hAnsi="Times New Roman" w:eastAsia="Times New Roman" w:cs="Times New Roman"/>
          <w:sz w:val="24"/>
        </w:rPr>
        <w:t>Enclosures</w:t>
      </w:r>
    </w:p>
    <w:p>
      <w:pPr/>
      <w:r>
        <w:rPr>
          <w:rFonts w:ascii="Times New Roman" w:hAnsi="Times New Roman" w:eastAsia="Times New Roman" w:cs="Times New Roman"/>
          <w:sz w:val="24"/>
        </w:rPr>
        <w:t>Healthcare Provider Questionnaire</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[Healthcare provider’s / physician’s address]</w:t>
      </w:r>
    </w:p>
    <w:p>
      <w:pPr/>
      <w:r>
        <w:rPr>
          <w:rFonts w:ascii="Times New Roman" w:hAnsi="Times New Roman" w:eastAsia="Times New Roman" w:cs="Times New Roman"/>
          <w:sz w:val="24"/>
        </w:rPr>
        <w:t xml:space="preserve">Re: </w:t>
      </w:r>
      <w:r>
        <w:rPr>
          <w:rFonts w:ascii="Times New Roman" w:hAnsi="Times New Roman" w:eastAsia="Times New Roman" w:cs="Times New Roman"/>
          <w:sz w:val="24"/>
        </w:rPr>
        <w:t>Patient</w:t>
      </w:r>
      <w:r>
        <w:rPr>
          <w:rFonts w:ascii="Times New Roman" w:hAnsi="Times New Roman" w:eastAsia="Times New Roman" w:cs="Times New Roman"/>
          <w:sz w:val="24"/>
        </w:rPr>
        <w:t xml:space="preserve">: [Employee’s name] – Leave of Absence from Work/Return to Work Status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the Americans with Disabilities Act</w:t>
      </w:r>
    </w:p>
    <w:p>
      <w:pPr/>
      <w:r>
        <w:rPr>
          <w:rFonts w:ascii="Times New Roman" w:hAnsi="Times New Roman" w:eastAsia="Times New Roman" w:cs="Times New Roman"/>
          <w:sz w:val="24"/>
        </w:rPr>
        <w:t>[Position] (A description the position’s requirements is attached)</w:t>
      </w:r>
    </w:p>
    <w:p>
      <w:pPr/>
      <w:r>
        <w:rPr>
          <w:rFonts w:ascii="Times New Roman" w:hAnsi="Times New Roman" w:eastAsia="Times New Roman" w:cs="Times New Roman"/>
          <w:sz w:val="24"/>
        </w:rPr>
        <w:t>Employer</w:t>
      </w:r>
      <w:r>
        <w:rPr>
          <w:rFonts w:ascii="Times New Roman" w:hAnsi="Times New Roman" w:eastAsia="Times New Roman" w:cs="Times New Roman"/>
          <w:sz w:val="24"/>
        </w:rPr>
        <w:t>: [Company]</w:t>
      </w:r>
    </w:p>
    <w:p>
      <w:pPr/>
      <w:r>
        <w:rPr>
          <w:rFonts w:ascii="Times New Roman" w:hAnsi="Times New Roman" w:eastAsia="Times New Roman" w:cs="Times New Roman"/>
          <w:b/>
          <w:sz w:val="24"/>
        </w:rPr>
        <w:t>Note</w:t>
      </w:r>
      <w:r>
        <w:rPr>
          <w:rFonts w:ascii="Times New Roman" w:hAnsi="Times New Roman" w:eastAsia="Times New Roman" w:cs="Times New Roman"/>
          <w:b/>
          <w:sz w:val="24"/>
        </w:rPr>
        <w:t>: Additional space for your responses is provided at the end of this questionnaire.</w:t>
      </w:r>
    </w:p>
    <w:p>
      <w:pPr/>
      <w:r>
        <w:rPr>
          <w:rFonts w:ascii="Times New Roman" w:hAnsi="Times New Roman" w:eastAsia="Times New Roman" w:cs="Times New Roman"/>
          <w:sz w:val="24"/>
        </w:rPr>
        <w:t>Is employee’s condition the result of a p</w:t>
      </w:r>
      <w:r>
        <w:rPr>
          <w:rFonts w:ascii="Times New Roman" w:hAnsi="Times New Roman" w:eastAsia="Times New Roman" w:cs="Times New Roman"/>
          <w:sz w:val="24"/>
        </w:rPr>
        <w:t xml:space="preserve">hysical or mental impairment?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 (If no, you need not answer any other questions)</w:t>
      </w:r>
    </w:p>
    <w:p>
      <w:pPr/>
      <w:r>
        <w:rPr>
          <w:rFonts w:ascii="Times New Roman" w:hAnsi="Times New Roman" w:eastAsia="Times New Roman" w:cs="Times New Roman"/>
          <w:sz w:val="24"/>
        </w:rPr>
        <w:t>Please indicate when the [employee’s] impairment began.</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Please describe the nature of the impairment.</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Please list the life activities that the impairment limits. (</w:t>
      </w:r>
      <w:r>
        <w:rPr>
          <w:rFonts w:ascii="Times New Roman" w:hAnsi="Times New Roman" w:eastAsia="Times New Roman" w:cs="Times New Roman"/>
          <w:b/>
          <w:sz w:val="24"/>
        </w:rPr>
        <w:t>Note:</w:t>
      </w:r>
      <w:r>
        <w:rPr>
          <w:rFonts w:ascii="Times New Roman" w:hAnsi="Times New Roman" w:eastAsia="Times New Roman" w:cs="Times New Roman"/>
          <w:sz w:val="24"/>
        </w:rPr>
        <w:t xml:space="preserve"> Life activities include caring for oneself, performing manual tasks, seeing, hearing, eating, sleeping, walking, standing, sitting, reaching, lifting, bending, speaking, breathing, learning, reading, concentrating, thinking, communicating, interacting with others, and working; as well as the operation of a major bodily function, including the operation of an individual organ within a body system.)</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 xml:space="preserve">Please describe how </w:t>
      </w:r>
      <w:r>
        <w:rPr>
          <w:rFonts w:ascii="Times New Roman" w:hAnsi="Times New Roman" w:eastAsia="Times New Roman" w:cs="Times New Roman"/>
          <w:sz w:val="24"/>
        </w:rPr>
        <w:t>and</w:t>
      </w:r>
      <w:r>
        <w:rPr>
          <w:rFonts w:ascii="Times New Roman" w:hAnsi="Times New Roman" w:eastAsia="Times New Roman" w:cs="Times New Roman"/>
          <w:sz w:val="24"/>
        </w:rPr>
        <w:t xml:space="preserve"> to what extent the impairment limits each of the life activities listed in response to Question 4. </w:t>
      </w:r>
      <w:r>
        <w:rPr>
          <w:rFonts w:ascii="Times New Roman" w:hAnsi="Times New Roman" w:eastAsia="Times New Roman" w:cs="Times New Roman"/>
          <w:sz w:val="24"/>
        </w:rPr>
        <w:t>above</w:t>
      </w:r>
      <w:r>
        <w:rPr>
          <w:rFonts w:ascii="Times New Roman" w:hAnsi="Times New Roman" w:eastAsia="Times New Roman" w:cs="Times New Roman"/>
          <w:sz w:val="24"/>
        </w:rPr>
        <w:t>.</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Please indicate the duration or expected duration of the impairment.</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To answer this question, please refer to the attached list of essential job functions for [employee’s] position as [job title].</w:t>
      </w:r>
    </w:p>
    <w:p>
      <w:pPr/>
      <w:r>
        <w:rPr>
          <w:rFonts w:ascii="Times New Roman" w:hAnsi="Times New Roman" w:eastAsia="Times New Roman" w:cs="Times New Roman"/>
          <w:sz w:val="24"/>
        </w:rPr>
        <w:t xml:space="preserve">Is [employee] presently unable to perform any of these job functions?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If the answer is YES, please indicate:</w:t>
      </w:r>
    </w:p>
    <w:p>
      <w:pPr/>
      <w:r>
        <w:rPr>
          <w:rFonts w:ascii="Times New Roman" w:hAnsi="Times New Roman" w:eastAsia="Times New Roman" w:cs="Times New Roman"/>
          <w:sz w:val="24"/>
        </w:rPr>
        <w:t>Each job function [employee] is presently unable to perform:</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Why he or she is not able to perform each function:</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The date by which he or she will be able to perform each of them:</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__________________________________________________________</w:t>
      </w:r>
      <w:r>
        <w:rPr>
          <w:rFonts w:ascii="Times New Roman" w:hAnsi="Times New Roman" w:eastAsia="Times New Roman" w:cs="Times New Roman"/>
          <w:sz w:val="24"/>
        </w:rPr>
        <w:t>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Any provisions that will aid [employee] in performing the job functions you identified in answer to Question 7.(a)(i):</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________________________________________________________</w:t>
      </w:r>
      <w:r>
        <w:rPr>
          <w:rFonts w:ascii="Times New Roman" w:hAnsi="Times New Roman" w:eastAsia="Times New Roman" w:cs="Times New Roman"/>
          <w:sz w:val="24"/>
        </w:rPr>
        <w:t>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 xml:space="preserve">Is [employee] presently unable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any of these job functions?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w:t>
      </w:r>
      <w:r>
        <w:rPr>
          <w:rFonts w:ascii="Times New Roman" w:hAnsi="Times New Roman" w:eastAsia="Times New Roman" w:cs="Times New Roman"/>
          <w:b/>
          <w:sz w:val="24"/>
        </w:rPr>
        <w:t>Note:</w:t>
      </w:r>
      <w:r>
        <w:rPr>
          <w:rFonts w:ascii="Times New Roman" w:hAnsi="Times New Roman" w:eastAsia="Times New Roman" w:cs="Times New Roman"/>
          <w:sz w:val="24"/>
        </w:rPr>
        <w:t xml:space="preserve"> “Safely” includes the employee’s safety as well as the safety of others.)</w:t>
      </w:r>
    </w:p>
    <w:p>
      <w:pPr/>
      <w:r>
        <w:rPr>
          <w:rFonts w:ascii="Times New Roman" w:hAnsi="Times New Roman" w:eastAsia="Times New Roman" w:cs="Times New Roman"/>
          <w:sz w:val="24"/>
        </w:rPr>
        <w:t>If the answer is YES, please indicate:</w:t>
      </w:r>
    </w:p>
    <w:p>
      <w:pPr/>
      <w:r>
        <w:rPr>
          <w:rFonts w:ascii="Times New Roman" w:hAnsi="Times New Roman" w:eastAsia="Times New Roman" w:cs="Times New Roman"/>
          <w:sz w:val="24"/>
        </w:rPr>
        <w:t xml:space="preserve">Each job function he or she is unable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________________________________________________________</w:t>
      </w:r>
      <w:r>
        <w:rPr>
          <w:rFonts w:ascii="Times New Roman" w:hAnsi="Times New Roman" w:eastAsia="Times New Roman" w:cs="Times New Roman"/>
          <w:sz w:val="24"/>
        </w:rPr>
        <w:t>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w:t>
      </w:r>
      <w:r>
        <w:rPr>
          <w:rFonts w:ascii="Times New Roman" w:hAnsi="Times New Roman" w:eastAsia="Times New Roman" w:cs="Times New Roman"/>
          <w:sz w:val="24"/>
        </w:rPr>
        <w:t>______________________________</w:t>
      </w:r>
    </w:p>
    <w:p>
      <w:pPr/>
      <w:r>
        <w:rPr>
          <w:rFonts w:ascii="Times New Roman" w:hAnsi="Times New Roman" w:eastAsia="Times New Roman" w:cs="Times New Roman"/>
          <w:sz w:val="24"/>
        </w:rPr>
        <w:t xml:space="preserve">Why he or she is not 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each function:</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What the risks/harm are to [employee] or others:</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The date by which he or she will be able to safely perform each of them:</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_______________________________________________________________</w:t>
      </w:r>
      <w:r>
        <w:rPr>
          <w:rFonts w:ascii="Times New Roman" w:hAnsi="Times New Roman" w:eastAsia="Times New Roman" w:cs="Times New Roman"/>
          <w:sz w:val="24"/>
        </w:rPr>
        <w:t>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 xml:space="preserve">Any provisions that will aid [employee] in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performing the job functions you identified in answer to Question 7</w:t>
      </w:r>
      <w:r>
        <w:rPr>
          <w:rFonts w:ascii="Times New Roman" w:hAnsi="Times New Roman" w:eastAsia="Times New Roman" w:cs="Times New Roman"/>
          <w:sz w:val="24"/>
        </w:rPr>
        <w:t>.(</w:t>
      </w:r>
      <w:r>
        <w:rPr>
          <w:rFonts w:ascii="Times New Roman" w:hAnsi="Times New Roman" w:eastAsia="Times New Roman" w:cs="Times New Roman"/>
          <w:sz w:val="24"/>
        </w:rPr>
        <w:t>b)(i).</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To answer this question, please refer to the attached list of essential job functions for the [employee’s] position as [job title]. Please explain how [a leave of absence OR extending [employee’s] leave of absence] will aid him/her in performing the functions of his or her position as [job title].</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 xml:space="preserve">Is [a leave of absence OR extending [employee’s] leave of absence] the only provision that will aid [employee] in performing the functions of his or her position as [job title]?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If the answer is NO, please indicate other provisions that will aid [employee] in performing the functions of his or her job.</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Please indicate any other relevant medical facts related to [employee’s] impairment (such as symptoms, or any regimen of continuing treatment) which affect [employee’s] request for [a leave of absence OR an extension of his or her leave of absence]; his or her ability to perform or safely perform any of the listed essential job functions; and his or her ability to return to work.</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 xml:space="preserve">Will the impairment cause episodic flare-ups preventing [employee] from performing the listed essential functions of his or her job?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 xml:space="preserve">Is it medically necessary for [employee] to be absent from work during the flare-ups?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Please estimate the frequency of flare-ups and the duration of related incapacity that [employee] may have over the next six months (e.g., one episode every three months lasting one to two days/weeks).</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 xml:space="preserve">Have you prescribed medications other than over-the-counter medication?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 xml:space="preserve">If the answer to Question 14. is YES, will those medications affect [employee’s] ability to perform the essential functions of his or her job?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If Yes, please indicate:</w:t>
      </w:r>
    </w:p>
    <w:p>
      <w:pPr/>
      <w:r>
        <w:rPr>
          <w:rFonts w:ascii="Times New Roman" w:hAnsi="Times New Roman" w:eastAsia="Times New Roman" w:cs="Times New Roman"/>
          <w:sz w:val="24"/>
        </w:rPr>
        <w:t>How the medication will affect [employee]:</w:t>
      </w:r>
    </w:p>
    <w:p>
      <w:pPr/>
      <w:r>
        <w:rPr>
          <w:rFonts w:ascii="Times New Roman" w:hAnsi="Times New Roman" w:eastAsia="Times New Roman" w:cs="Times New Roman"/>
          <w:sz w:val="24"/>
        </w:rPr>
        <w:t>______________________________________________</w:t>
      </w:r>
      <w:r>
        <w:rPr>
          <w:rFonts w:ascii="Times New Roman" w:hAnsi="Times New Roman" w:eastAsia="Times New Roman" w:cs="Times New Roman"/>
          <w:sz w:val="24"/>
        </w:rPr>
        <w:t>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Each job function [employee] is unable to perform due to the medication:</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Why he or she is not able to perform each function:</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The date by which he or she will be able to perform each of them:</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Any provisions that will aid [employee] in performing the job functions you identified in answer to Question 15.(a)(ii).</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 xml:space="preserve">Will the medication affect [employee’s] ability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the essential functions of his or her job? </w:t>
      </w:r>
      <w:r>
        <w:rPr>
          <w:rFonts w:ascii="Times New Roman" w:hAnsi="Times New Roman" w:eastAsia="Times New Roman" w:cs="Times New Roman"/>
          <w:sz w:val="24"/>
        </w:rPr>
        <w:t>_____</w:t>
      </w:r>
      <w:r>
        <w:rPr>
          <w:rFonts w:ascii="Times New Roman" w:hAnsi="Times New Roman" w:eastAsia="Times New Roman" w:cs="Times New Roman"/>
          <w:sz w:val="24"/>
        </w:rPr>
        <w:t xml:space="preserve">Yes or </w:t>
      </w:r>
      <w:r>
        <w:rPr>
          <w:rFonts w:ascii="Times New Roman" w:hAnsi="Times New Roman" w:eastAsia="Times New Roman" w:cs="Times New Roman"/>
          <w:sz w:val="24"/>
        </w:rPr>
        <w:t>_____</w:t>
      </w:r>
      <w:r>
        <w:rPr>
          <w:rFonts w:ascii="Times New Roman" w:hAnsi="Times New Roman" w:eastAsia="Times New Roman" w:cs="Times New Roman"/>
          <w:sz w:val="24"/>
        </w:rPr>
        <w:t>No?</w:t>
      </w:r>
    </w:p>
    <w:p>
      <w:pPr/>
      <w:r>
        <w:rPr>
          <w:rFonts w:ascii="Times New Roman" w:hAnsi="Times New Roman" w:eastAsia="Times New Roman" w:cs="Times New Roman"/>
          <w:sz w:val="24"/>
        </w:rPr>
        <w:t>If YES, please indicate:</w:t>
      </w:r>
    </w:p>
    <w:p>
      <w:pPr/>
      <w:r>
        <w:rPr>
          <w:rFonts w:ascii="Times New Roman" w:hAnsi="Times New Roman" w:eastAsia="Times New Roman" w:cs="Times New Roman"/>
          <w:sz w:val="24"/>
        </w:rPr>
        <w:t xml:space="preserve">How the medication will affect [employee’s] ability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essential functions:</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 xml:space="preserve">Each job function [employee] is unable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due to the medication:</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 xml:space="preserve">Why he or she is not 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each function:</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What the risks/harm are to [employee] and others:</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 xml:space="preserve">The date by which he or she will be able to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 each of them:</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 xml:space="preserve">Any provisions that will aid [employee] in </w:t>
      </w:r>
      <w:r>
        <w:rPr>
          <w:rFonts w:ascii="Times New Roman" w:hAnsi="Times New Roman" w:eastAsia="Times New Roman" w:cs="Times New Roman"/>
          <w:sz w:val="24"/>
        </w:rPr>
        <w:t>safely</w:t>
      </w:r>
      <w:r>
        <w:rPr>
          <w:rFonts w:ascii="Times New Roman" w:hAnsi="Times New Roman" w:eastAsia="Times New Roman" w:cs="Times New Roman"/>
          <w:sz w:val="24"/>
        </w:rPr>
        <w:t xml:space="preserve"> performing the job functions you identified in the answer to Question 15</w:t>
      </w:r>
      <w:r>
        <w:rPr>
          <w:rFonts w:ascii="Times New Roman" w:hAnsi="Times New Roman" w:eastAsia="Times New Roman" w:cs="Times New Roman"/>
          <w:sz w:val="24"/>
        </w:rPr>
        <w:t>.(</w:t>
      </w:r>
      <w:r>
        <w:rPr>
          <w:rFonts w:ascii="Times New Roman" w:hAnsi="Times New Roman" w:eastAsia="Times New Roman" w:cs="Times New Roman"/>
          <w:sz w:val="24"/>
        </w:rPr>
        <w:t>b)(ii).</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w:t>
      </w:r>
    </w:p>
    <w:p>
      <w:pPr/>
      <w:r>
        <w:rPr>
          <w:rFonts w:ascii="Times New Roman" w:hAnsi="Times New Roman" w:eastAsia="Times New Roman" w:cs="Times New Roman"/>
          <w:sz w:val="24"/>
        </w:rPr>
        <w:t>Please indicate the dates and duration of any anticipated hospital stay:</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YOU MAY USE THE SPACE BELOW TO PROVIDE ADDITIONAL INFORMATION. (Please identify the question number that corresponds to the additional information you provide.)</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w:t>
      </w:r>
    </w:p>
    <w:p>
      <w:pPr/>
      <w:r>
        <w:rPr>
          <w:rFonts w:ascii="Times New Roman" w:hAnsi="Times New Roman" w:eastAsia="Times New Roman" w:cs="Times New Roman"/>
          <w:sz w:val="24"/>
        </w:rPr>
        <w:t>____________________________________________</w:t>
      </w:r>
    </w:p>
    <w:p>
      <w:pPr/>
    </w:p>
    <w:p>
      <w:pPr/>
      <w:r>
        <w:rPr>
          <w:rFonts w:ascii="Times New Roman" w:hAnsi="Times New Roman" w:eastAsia="Times New Roman" w:cs="Times New Roman"/>
          <w:sz w:val="24"/>
        </w:rPr>
        <w:t>Signature of Healthcare Provider</w:t>
      </w:r>
    </w:p>
    <w:p>
      <w:pPr/>
    </w:p>
    <w:p>
      <w:pPr/>
    </w:p>
    <w:p>
      <w:pPr/>
      <w:r>
        <w:rPr>
          <w:rFonts w:ascii="Times New Roman" w:hAnsi="Times New Roman" w:eastAsia="Times New Roman" w:cs="Times New Roman"/>
          <w:sz w:val="24"/>
        </w:rPr>
        <w:t>Date</w:t>
      </w:r>
    </w:p>
    <w:p>
      <w:pPr/>
      <w:r>
        <w:rPr>
          <w:rFonts w:ascii="Times New Roman" w:hAnsi="Times New Roman" w:eastAsia="Times New Roman" w:cs="Times New Roman"/>
          <w:sz w:val="24"/>
        </w:rPr>
        <w:t>Pri</w:t>
      </w:r>
      <w:r>
        <w:rPr>
          <w:rFonts w:ascii="Times New Roman" w:hAnsi="Times New Roman" w:eastAsia="Times New Roman" w:cs="Times New Roman"/>
          <w:sz w:val="24"/>
        </w:rPr>
        <w:t xml:space="preserve">nt Healthcare Provider’s Name: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Type of Practice: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License No.: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 xml:space="preserve">E-mail: </w:t>
      </w:r>
      <w:r>
        <w:rPr>
          <w:rFonts w:ascii="Times New Roman" w:hAnsi="Times New Roman" w:eastAsia="Times New Roman" w:cs="Times New Roman"/>
          <w:sz w:val="24"/>
        </w:rPr>
        <w:t>____________________</w:t>
      </w:r>
    </w:p>
    <w:p>
      <w:pPr/>
    </w:p>
    <w:p>
      <w:pPr/>
    </w:p>
    <w:p>
      <w:pPr/>
    </w:p>
    <w:p>
      <w:pPr/>
    </w:p>
    <w:p>
      <w:pPr/>
    </w:p>
    <w:p>
      <w:pPr/>
    </w:p>
    <w:p>
      <w:pPr/>
    </w:p>
    <w:p>
      <w:pPr/>
    </w:p>
    <w:p>
      <w:pPr/>
      <w:r>
        <w:rPr>
          <w:rFonts w:ascii="Times New Roman" w:hAnsi="Times New Roman" w:eastAsia="Times New Roman" w:cs="Times New Roman"/>
          <w:b/>
          <w:sz w:val="24"/>
        </w:rPr>
        <w:t>By signing below I understand I am authorizing the release and use of my PHI.</w:t>
      </w:r>
    </w:p>
    <w:p>
      <w:pPr/>
    </w:p>
    <w:p>
      <w:pPr/>
    </w:p>
    <w:p>
      <w:pPr/>
      <w:r>
        <w:rPr>
          <w:rFonts w:ascii="Times New Roman" w:hAnsi="Times New Roman" w:eastAsia="Times New Roman" w:cs="Times New Roman"/>
          <w:b/>
          <w:sz w:val="24"/>
        </w:rPr>
        <w:t>[Date]</w:t>
      </w:r>
    </w:p>
    <w:p>
      <w:pPr/>
    </w:p>
    <w:p>
      <w:pPr/>
    </w:p>
    <w:p>
      <w:pPr/>
      <w:r>
        <w:rPr>
          <w:rFonts w:ascii="Times New Roman" w:hAnsi="Times New Roman" w:eastAsia="Times New Roman" w:cs="Times New Roman"/>
          <w:b/>
          <w:sz w:val="24"/>
        </w:rPr>
        <w:t>Authorized Representative</w:t>
      </w:r>
    </w:p>
    <w:p>
      <w:pPr/>
      <w:r>
        <w:rPr>
          <w:rFonts w:ascii="Times New Roman" w:hAnsi="Times New Roman" w:eastAsia="Times New Roman" w:cs="Times New Roman"/>
          <w:b/>
          <w:sz w:val="24"/>
        </w:rPr>
        <w:t>By signing below I understand I am authorizing the release and use of [employee’s] PHI.</w:t>
      </w:r>
    </w:p>
    <w:p>
      <w:pPr/>
    </w:p>
    <w:p>
      <w:pPr/>
    </w:p>
    <w:p>
      <w:pPr/>
      <w:r>
        <w:rPr>
          <w:rFonts w:ascii="Times New Roman" w:hAnsi="Times New Roman" w:eastAsia="Times New Roman" w:cs="Times New Roman"/>
          <w:b/>
          <w:sz w:val="24"/>
        </w:rPr>
        <w:t>[Date]</w:t>
      </w:r>
    </w:p>
    <w:p>
      <w:pPr/>
    </w:p>
    <w:p>
      <w:pPr/>
    </w:p>
    <w:p>
      <w:pPr/>
      <w:r>
        <w:rPr>
          <w:rFonts w:ascii="Times New Roman" w:hAnsi="Times New Roman" w:eastAsia="Times New Roman" w:cs="Times New Roman"/>
          <w:sz w:val="24"/>
        </w:rPr>
        <w:t>Relationship to Employee:</w:t>
      </w:r>
    </w:p>
    <w:p>
      <w:pPr/>
      <w:r>
        <w:rPr>
          <w:rFonts w:ascii="Times New Roman" w:hAnsi="Times New Roman" w:eastAsia="Times New Roman" w:cs="Times New Roman"/>
          <w:sz w:val="24"/>
        </w:rPr>
        <w:t>□ Spouse/Partner</w:t>
      </w:r>
    </w:p>
    <w:p>
      <w:pPr/>
      <w:r>
        <w:rPr>
          <w:rFonts w:ascii="Times New Roman" w:hAnsi="Times New Roman" w:eastAsia="Times New Roman" w:cs="Times New Roman"/>
          <w:sz w:val="24"/>
        </w:rPr>
        <w:t>□ Legal Representative</w:t>
      </w:r>
    </w:p>
    <w:p>
      <w:pPr/>
      <w:r>
        <w:rPr>
          <w:rFonts w:ascii="Times New Roman" w:hAnsi="Times New Roman" w:eastAsia="Times New Roman" w:cs="Times New Roman"/>
          <w:sz w:val="24"/>
        </w:rPr>
        <w:t>□ Beneficiary/Personal Representative</w:t>
      </w:r>
    </w:p>
    <w:p>
      <w:pPr/>
      <w:r>
        <w:rPr>
          <w:rFonts w:ascii="Times New Roman" w:hAnsi="Times New Roman" w:eastAsia="Times New Roman" w:cs="Times New Roman"/>
          <w:sz w:val="24"/>
        </w:rPr>
        <w:t>Please describe your authority to act on Employee’s behalf:</w:t>
      </w:r>
    </w:p>
    <w:p>
      <w:pPr/>
      <w:r>
        <w:rPr>
          <w:rFonts w:ascii="Times New Roman" w:hAnsi="Times New Roman" w:eastAsia="Times New Roman" w:cs="Times New Roman"/>
          <w:sz w:val="24"/>
        </w:rPr>
        <w:t>________________________________________________________________________</w:t>
      </w:r>
    </w:p>
    <w:p>
      <w:pPr/>
      <w:r>
        <w:rPr>
          <w:rFonts w:ascii="Times New Roman" w:hAnsi="Times New Roman" w:eastAsia="Times New Roman" w:cs="Times New Roman"/>
          <w:b/>
          <w:sz w:val="24"/>
        </w:rPr>
        <w:t>Keep a copy of this form for your records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