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Access to Obstetrical and Gynecological Care Notice under the ACA</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do not need prior authorization from [name of group health plan or issuer] or from any other person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primary care provider) in order to obtain access to obstetrical or gynecological care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care professional in our network who specializes in obstetrics or gynecology. The health care professional, however, may be required to comply with certain procedures, including obtaining prior authorization for certain services, following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pre-approved treatment plan, or procedures for making referrals.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participating health care professionals who specialize in obstetrics or gynecology, contact the [plan administrator OR issuer] at [insert contact information].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