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Acknowledgement of Testator and Witnesses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AFFIDAVIT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FLORIDA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COUNTY OF ______________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______________, declare to the officer taking my acknowledgment of this instrument, and to the subscribing witnesses, that I signed this instrument as my will.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 [signature of testator/testatrix]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______________ and ______________, have been sworn by the officer signing below, and declare to that officer on our oaths that the [testator/testatrix] declared the instrument to be the [testator's/testatrix’s] will and signed it in our presence and that we each signed the instrument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witness in the presence of the [testator/testatrix] and of each other.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 [signature of witness]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 [signature of witness]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Acknowledged and subscribed before me by means of ☐ physical presence or ☐ online notarization by [name of testator/testatrix], who ☐ is personally known to me or ☐ produced ______________ as identification, and sworn to and subscribed before me by means of ☐ physical presence or ☐ online notarization by [name of first witness], who ☐ is personally known to me or ☐ produced ______________ as identification, and sworn to and subscribed before me by means of ☐ physical presence or ☐ online notarization by [name of second witness], who ☐ is personally known to me or ☐ produced ______________ as identification, and subscribed by me in the presence of the [testator/testatrix] and the subscribing witnesses, all on [day],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Florida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(Print, Type, or Stamp Commissioned Name of Notary Public)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(NOTARIAL SEAL)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