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Acknowledgment of Standalone Employment Policy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acknowledge that I have received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Company’s [policy] issued [date of policy], which contains important information on the Company’s policies, procedures, and benefits. I understand that I am responsible for familiarizing myself with this policy and agree to comply with all rules applicable to me. I understand and agree that this policy is intended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guide only and does not constitute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of employment.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also understand that the employment terms set out in the Company’s [policy] work in conjunction with, and do not replace, amend, or supplement any terms or conditions of employment stated in any collective bargaining agreement between the Company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understand that if employment terms in the Company’s [policy] differ from the terms expressed in my union’s collective bargaining agreement with the Company, I should refer to the specific terms of the collective bargaining agreement, which will control.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have received the Company’s [policy] issued [date of policy]. I have read (or will read) and agree to abide by this policy.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[__________________]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[_______________________________]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