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b/>
          <w:sz w:val="24"/>
        </w:rPr>
        <w:tab/>
        <w:t>ACTION ITEMS MEETING MINUTES FOR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[ORGANIZATION’S NAME]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MEETING DETAILS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Chairperson: </w:t>
      </w:r>
      <w:r>
        <w:rPr>
          <w:rFonts w:ascii="Times New Roman" w:hAnsi="Times New Roman" w:eastAsia="Times New Roman" w:cs="Times New Roman"/>
          <w:sz w:val="24"/>
        </w:rPr>
        <w:t>[CHAIRPERSON’S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Secretary: </w:t>
      </w:r>
      <w:r>
        <w:rPr>
          <w:rFonts w:ascii="Times New Roman" w:hAnsi="Times New Roman" w:eastAsia="Times New Roman" w:cs="Times New Roman"/>
          <w:sz w:val="24"/>
        </w:rPr>
        <w:t>[SECRETARY’S NAME]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Time: </w:t>
      </w:r>
      <w:r>
        <w:rPr>
          <w:rFonts w:ascii="Times New Roman" w:hAnsi="Times New Roman" w:eastAsia="Times New Roman" w:cs="Times New Roman"/>
          <w:sz w:val="24"/>
        </w:rPr>
        <w:t>[TIME]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Location: </w:t>
      </w:r>
      <w:r>
        <w:rPr>
          <w:rFonts w:ascii="Times New Roman" w:hAnsi="Times New Roman" w:eastAsia="Times New Roman" w:cs="Times New Roman"/>
          <w:sz w:val="24"/>
        </w:rPr>
        <w:t>[LOCATION NAME]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Street Address: </w:t>
      </w:r>
      <w:r>
        <w:rPr>
          <w:rFonts w:ascii="Times New Roman" w:hAnsi="Times New Roman" w:eastAsia="Times New Roman" w:cs="Times New Roman"/>
          <w:sz w:val="24"/>
        </w:rPr>
        <w:t>[STREET ADDRESS]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City: </w:t>
      </w:r>
      <w:r>
        <w:rPr>
          <w:rFonts w:ascii="Times New Roman" w:hAnsi="Times New Roman" w:eastAsia="Times New Roman" w:cs="Times New Roman"/>
          <w:sz w:val="24"/>
        </w:rPr>
        <w:t>[CITY]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State: </w:t>
      </w:r>
      <w:r>
        <w:rPr>
          <w:rFonts w:ascii="Times New Roman" w:hAnsi="Times New Roman" w:eastAsia="Times New Roman" w:cs="Times New Roman"/>
          <w:sz w:val="24"/>
        </w:rPr>
        <w:t xml:space="preserve">[STATE] </w:t>
      </w:r>
      <w:r>
        <w:rPr>
          <w:rFonts w:ascii="Times New Roman" w:hAnsi="Times New Roman" w:eastAsia="Times New Roman" w:cs="Times New Roman"/>
          <w:sz w:val="24"/>
        </w:rPr>
        <w:t xml:space="preserve"> Zip: </w:t>
      </w:r>
      <w:r>
        <w:rPr>
          <w:rFonts w:ascii="Times New Roman" w:hAnsi="Times New Roman" w:eastAsia="Times New Roman" w:cs="Times New Roman"/>
          <w:sz w:val="24"/>
        </w:rPr>
        <w:t>[ZIP CODE]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ATTENDEES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WHO IS PRESENT]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ABSENCES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[ENTER WHO IS ABSENT]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CALL TO ORDER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[APPROVAL OF PREVIOUS MEETING MINUTES AND CURRENT MEETING AGENDA]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V. OLD BUSINESS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[DISCUSS UPDATES ABOUT AND ISSUES WITH OUTSTANDING ACTION ITEMS, AND RECORD VOTES]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VI. NEW BUSINESS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[INTRODUCE AND DISCUSS NEW ACTION ITEMS AND THEIR ASSIGNMENTS]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VII. ADJOURNEMENT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[CHAIRPERSON APPROVES MINUTES AND SECRETARY ENTERS THE TIME THE MEETING ENDED]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Minutes submitted by: ___________________ Print Name: 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Approved by: ___________________  Print Name: 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