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8" w:after="0"/>
      </w:pPr>
      <w:r>
        <w:rPr>
          <w:rFonts w:ascii="Times New Roman" w:hAnsi="Times New Roman" w:eastAsia="Times New Roman" w:cs="Times New Roman"/>
          <w:sz w:val="24"/>
        </w:rPr>
        <w:t>ADD/REMOVE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TENANT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LEASE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AMENDMENT</w:t>
      </w:r>
    </w:p>
    <w:p>
      <w:pPr>
        <w:spacing w:before="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Property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Address: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/>
    </w:p>
    <w:p>
      <w:pPr>
        <w:spacing w:before="2" w:after="0"/>
      </w:pPr>
    </w:p>
    <w:p>
      <w:pPr>
        <w:spacing w:before="92" w:after="0" w:line="360" w:lineRule="auto"/>
      </w:pP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Lease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Amendment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(“Amendment”)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made</w:t>
      </w:r>
      <w:r>
        <w:rPr>
          <w:rFonts w:ascii="Times New Roman" w:hAnsi="Times New Roman" w:eastAsia="Times New Roman" w:cs="Times New Roman"/>
          <w:sz w:val="24"/>
        </w:rPr>
        <w:tab/>
        <w:tab/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amends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lease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agreement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began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between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parties:</w:t>
      </w:r>
    </w:p>
    <w:p>
      <w:pPr/>
    </w:p>
    <w:p>
      <w:pPr>
        <w:spacing w:before="0" w:after="0"/>
        <w:ind w:firstLine="0"/>
      </w:pPr>
      <w:r>
        <w:rPr>
          <w:rFonts w:ascii="Times New Roman" w:hAnsi="Times New Roman" w:eastAsia="Times New Roman" w:cs="Times New Roman"/>
          <w:b/>
          <w:sz w:val="24"/>
        </w:rPr>
        <w:t>Landlord</w:t>
      </w:r>
      <w:r>
        <w:rPr>
          <w:rFonts w:ascii="Times New Roman" w:hAnsi="Times New Roman" w:eastAsia="Times New Roman" w:cs="Times New Roman"/>
          <w:sz w:val="24"/>
        </w:rPr>
        <w:t>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139" w:after="0"/>
      </w:pPr>
      <w:r>
        <w:rPr>
          <w:rFonts w:ascii="Times New Roman" w:hAnsi="Times New Roman" w:eastAsia="Times New Roman" w:cs="Times New Roman"/>
          <w:sz w:val="24"/>
        </w:rPr>
        <w:t>Landlord’s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Mailing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Address: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/>
    </w:p>
    <w:p>
      <w:pPr>
        <w:spacing w:before="9" w:after="0"/>
      </w:pPr>
    </w:p>
    <w:p>
      <w:pPr>
        <w:spacing w:before="92" w:after="0"/>
        <w:ind w:firstLine="0"/>
      </w:pPr>
      <w:r>
        <w:rPr>
          <w:rFonts w:ascii="Times New Roman" w:hAnsi="Times New Roman" w:eastAsia="Times New Roman" w:cs="Times New Roman"/>
          <w:b/>
          <w:sz w:val="24"/>
        </w:rPr>
        <w:t>Tenant(s)</w:t>
      </w:r>
      <w:r>
        <w:rPr>
          <w:rFonts w:ascii="Times New Roman" w:hAnsi="Times New Roman" w:eastAsia="Times New Roman" w:cs="Times New Roman"/>
          <w:sz w:val="24"/>
        </w:rPr>
        <w:t>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139" w:after="0"/>
      </w:pPr>
      <w:r>
        <w:rPr>
          <w:rFonts w:ascii="Times New Roman" w:hAnsi="Times New Roman" w:eastAsia="Times New Roman" w:cs="Times New Roman"/>
          <w:sz w:val="24"/>
        </w:rPr>
        <w:t>Tenant’s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Mailing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Address: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/>
    </w:p>
    <w:p>
      <w:pPr>
        <w:spacing w:before="2" w:after="0"/>
      </w:pPr>
    </w:p>
    <w:p>
      <w:pPr>
        <w:spacing w:before="93" w:after="0" w:line="355" w:lineRule="auto"/>
      </w:pP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parties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current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lease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agreement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between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Landlord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Tenant(s)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amended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follows:</w:t>
      </w:r>
    </w:p>
    <w:p>
      <w:pPr>
        <w:spacing w:before="7" w:after="0"/>
      </w:pPr>
    </w:p>
    <w:p>
      <w:pPr>
        <w:spacing w:before="0" w:after="0" w:line="240" w:lineRule="auto"/>
        <w:ind w:hanging="271"/>
      </w:pP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individual(s)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is/are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added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lease:</w:t>
      </w:r>
    </w:p>
    <w:p>
      <w:pPr>
        <w:spacing w:before="155" w:after="0"/>
        <w:ind w:firstLine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>
        <w:spacing w:before="1" w:after="0" w:line="240" w:lineRule="auto"/>
        <w:ind w:hanging="271"/>
      </w:pP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individual(s)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is/are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removed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lease:</w:t>
      </w:r>
    </w:p>
    <w:p>
      <w:pPr>
        <w:spacing w:before="155" w:after="0"/>
        <w:ind w:firstLine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>
        <w:spacing w:before="2" w:after="0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The parties acknowledge and consent to the inclusion of the aforementioned language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into the lease agreement. Any changes made are legally binding upon signature of both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parties.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Landlord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/>
    </w:p>
    <w:p>
      <w:pPr>
        <w:spacing w:before="9" w:after="0"/>
      </w:pPr>
    </w:p>
    <w:p>
      <w:pPr>
        <w:spacing w:before="92" w:after="0"/>
      </w:pPr>
      <w:r>
        <w:rPr>
          <w:rFonts w:ascii="Times New Roman" w:hAnsi="Times New Roman" w:eastAsia="Times New Roman" w:cs="Times New Roman"/>
          <w:sz w:val="24"/>
        </w:rPr>
        <w:t>Tenant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/>
    </w:p>
    <w:p>
      <w:pPr>
        <w:spacing w:before="73" w:after="0"/>
      </w:pPr>
      <w:r>
        <w:rPr>
          <w:rFonts w:ascii="Times New Roman" w:hAnsi="Times New Roman" w:eastAsia="Times New Roman" w:cs="Times New Roman"/>
          <w:sz w:val="24"/>
        </w:rPr>
        <w:t>Tenant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