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Directive for Mental Health Care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Psychiatric Advance Directive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declarant], residing at [address of declarant], [city], New Jersey,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of sound mind, willfully and voluntarily declare and make known my instructions and wishes for my future mental health care. This Advance Directive shall take effect if it is determined by the mental health care professional responsible for my care and at least one other mental health care professional that my ability to understand the nature and consequences of mental health care decisions is impaired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extent that I lack the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health care decision, as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“Mental health care decision” generally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accept or refuse any treatment, service, or procedure, used to diagnose, treat, or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patient’s mental condition, including, but not limited to, electroconvulsive treatment, psychotropic medication, and admission to and retention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up to [number of days] days.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Mental Health Care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I hereby appoint the following individual to act as my mental health care representative to make decisions regarding the accept or refusal of mental health treatment on my behalf, if it is determined that I am unable to make informed mental health care decisions for myself, subject to any limitations provided below:</w:t>
      </w:r>
    </w:p>
    <w:p>
      <w:pPr>
        <w:keepNext w:val="0"/>
        <w:spacing w:before="200" w:after="0" w:line="260" w:lineRule="exact"/>
        <w:ind w:left="1440" w:right="0" w:firstLine="0"/>
        <w:jc w:val="both"/>
      </w:pPr>
      <w:r>
        <w:rPr>
          <w:rFonts w:ascii="Times New Roman" w:hAnsi="Times New Roman" w:eastAsia="Times New Roman" w:cs="Times New Roman"/>
          <w:b w:val="0"/>
          <w:sz w:val="24"/>
        </w:rPr>
        <w:t>Name: [name of mental health care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Address: [address of mental health care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Phone: [phone number of mental health care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If the person named above refused or is unable to act on my behalf, or if I revoke that person’s authority to act as my mental health are representative, I authorize the following to be my successor mental health care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Name: [name of successor mental health care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Address: [address of successor mental health care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Phone: [phone number of successor mental health care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My representative is authorized to make mental health care decisions that are consistent with the wishes I have expressed in this advance directive or, if not expressed, are otherwise known to my representative. If my wishes are not expressed and are not otherwise known by my representative, my representative is to act in what he or she believes to be my best interest.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 Directive.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psychotropic medications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[________]</w:t>
        <w:tab/>
        <w:t>I consent to the administration of the following medications: [approved medications].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w:t>
        <w:tab/>
        <w:t>I do not consent to the administration of the following medications: [disapproved medications]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Crisis Intervention.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is determined that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health crisis, my wishes regarding my mental health care treatment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[crisis intervention methods (e.g., treatment and therapies to administer)]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to Hospital or Other Treatment Facilities.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admission to and retention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psychiatric facility for mental health treatment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[________]</w:t>
        <w:tab/>
        <w:t xml:space="preserve">I consent to being admitted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for mental health treatment for [number of days] days.</w:t>
      </w:r>
    </w:p>
    <w:p>
      <w:pPr>
        <w:keepNext w:val="0"/>
        <w:spacing w:before="200" w:after="0" w:line="260" w:lineRule="exact"/>
        <w:ind w:left="1080" w:right="0" w:firstLine="0"/>
        <w:jc w:val="both"/>
      </w:pPr>
      <w:r>
        <w:rPr>
          <w:rFonts w:ascii="Times New Roman" w:hAnsi="Times New Roman" w:eastAsia="Times New Roman" w:cs="Times New Roman"/>
          <w:b w:val="0"/>
          <w:sz w:val="24"/>
        </w:rPr>
        <w:t>[________]</w:t>
        <w:tab/>
        <w:t xml:space="preserve">I do not consent to being admitted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for mental health treatment.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am being admitted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or treatment facility, I prefer the following facilities in order of preference:</w:t>
      </w:r>
    </w:p>
    <w:p>
      <w:pPr>
        <w:keepNext w:val="0"/>
        <w:spacing w:before="200" w:after="0" w:line="260" w:lineRule="exact"/>
        <w:ind w:left="1080" w:right="0" w:firstLine="0"/>
        <w:jc w:val="both"/>
      </w:pPr>
      <w:r>
        <w:rPr>
          <w:rFonts w:ascii="Times New Roman" w:hAnsi="Times New Roman" w:eastAsia="Times New Roman" w:cs="Times New Roman"/>
          <w:b w:val="0"/>
          <w:sz w:val="24"/>
        </w:rPr>
        <w:t>[name of hospital/treatment facility]</w:t>
      </w:r>
    </w:p>
    <w:p>
      <w:pPr>
        <w:keepNext w:val="0"/>
        <w:spacing w:before="200" w:after="0" w:line="260" w:lineRule="exact"/>
        <w:ind w:left="1080" w:right="0" w:firstLine="0"/>
        <w:jc w:val="both"/>
      </w:pPr>
      <w:r>
        <w:rPr>
          <w:rFonts w:ascii="Times New Roman" w:hAnsi="Times New Roman" w:eastAsia="Times New Roman" w:cs="Times New Roman"/>
          <w:b w:val="0"/>
          <w:sz w:val="24"/>
        </w:rPr>
        <w:t>[name of hospital/treatment facility]</w:t>
      </w:r>
    </w:p>
    <w:p>
      <w:pPr>
        <w:keepNext w:val="0"/>
        <w:spacing w:before="200" w:after="0" w:line="260" w:lineRule="exact"/>
        <w:ind w:left="1080" w:right="0" w:firstLine="0"/>
        <w:jc w:val="both"/>
      </w:pPr>
      <w:r>
        <w:rPr>
          <w:rFonts w:ascii="Times New Roman" w:hAnsi="Times New Roman" w:eastAsia="Times New Roman" w:cs="Times New Roman"/>
          <w:b w:val="0"/>
          <w:sz w:val="24"/>
        </w:rPr>
        <w:t>[name of hospital/treatment facility]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Electroconvulsive Treatment.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electroconvulsive treatment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[________]</w:t>
        <w:tab/>
        <w:t>I consent to the administration of electroconvulsive treatment.</w:t>
      </w:r>
    </w:p>
    <w:p>
      <w:pPr>
        <w:keepNext w:val="0"/>
        <w:spacing w:before="200" w:after="0" w:line="260" w:lineRule="exact"/>
        <w:ind w:left="1440" w:right="0" w:firstLine="0"/>
        <w:jc w:val="both"/>
      </w:pPr>
      <w:r>
        <w:rPr>
          <w:rFonts w:ascii="Times New Roman" w:hAnsi="Times New Roman" w:eastAsia="Times New Roman" w:cs="Times New Roman"/>
          <w:b w:val="0"/>
          <w:sz w:val="24"/>
        </w:rPr>
        <w:t>[________]</w:t>
        <w:tab/>
        <w:t>I do not consent to the administration of electroconvulsive treatment.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References or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[additional references or 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 (and HIPAA 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general or specific law to the contrary, I grant my representative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representative. In the event of my admission to any medical facility, I grant my representative free and unconditional access to my medical records and to my room for as often and for as long as my representative shall choose.</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representative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 as well as any applicable state laws.</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organization that has provided treatment or services to me or that has paid for or is seeking payment from me for such services to give, disclose, and release to my representative,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representative shall supersede any prior agreement that I may have made with my health care providers to restrict access to or disclosure of my individually identifiable health information. The authority given my representative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document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signing this Advance Directive, I inform those who may become entrusted with my mental health care of my wishes and intend to ease the burdens of decision-making which this responsibility may impose. I understand the purpose and effect of this document and sign it knowingly, voluntarily, and after careful deliberation.</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Declarant</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declare that the above-named individual willingly signed this document in my presence, that this person is personally known to me and that this person appears to be of sound mind and free of duress or undue influence. I am 18 years of age or older and am not designated by this or any other document as this person’s mental health care representative, nor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mental health care representative. At the time this document is being executed, I am not the responsible mental health care professional responsible, or directly involved with, the declarant’s care.</w:t>
      </w:r>
    </w:p>
    <w:p>
      <w:pPr>
        <w:keepNext w:val="0"/>
        <w:spacing w:before="200" w:after="0" w:line="260" w:lineRule="exact"/>
        <w:ind w:left="720" w:right="0" w:firstLine="0"/>
        <w:jc w:val="both"/>
      </w:pPr>
      <w:r>
        <w:rPr>
          <w:rFonts w:ascii="Times New Roman" w:hAnsi="Times New Roman" w:eastAsia="Times New Roman" w:cs="Times New Roman"/>
          <w:b w:val="0"/>
          <w:sz w:val="24"/>
        </w:rPr>
        <w:t>Date: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first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