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ADVANCE DIRECTIVE</w:t>
      </w:r>
    </w:p>
    <w:p>
      <w:pPr/>
    </w:p>
    <w:p>
      <w:pPr/>
      <w:r>
        <w:rPr>
          <w:rFonts w:ascii="Times New Roman" w:hAnsi="Times New Roman" w:eastAsia="Times New Roman" w:cs="Times New Roman"/>
          <w:sz w:val="24"/>
        </w:rPr>
        <w:t>An advance directive is a document that allows a principal to select someone else to make health care decisions if they are not able to for themselves. In addition, it will enable a principal to choose their end-of-life treatment options on whether to prolong their life. Depending on State law, this document must be signed in the presence of a notary public and/or two (2) witnesses.</w:t>
      </w:r>
    </w:p>
    <w:p>
      <w:pPr/>
    </w:p>
    <w:p>
      <w:pPr/>
      <w:r>
        <w:rPr>
          <w:rFonts w:ascii="Times New Roman" w:hAnsi="Times New Roman" w:eastAsia="Times New Roman" w:cs="Times New Roman"/>
          <w:b/>
          <w:sz w:val="24"/>
        </w:rPr>
        <w:t>THIS FORM CONTAINS 2 PARTS</w:t>
      </w:r>
      <w:r>
        <w:rPr>
          <w:rFonts w:ascii="Times New Roman" w:hAnsi="Times New Roman" w:eastAsia="Times New Roman" w:cs="Times New Roman"/>
          <w:sz w:val="24"/>
        </w:rPr>
        <w:t xml:space="preserve"> (EACH PART IS OPTIONAL):</w:t>
      </w:r>
    </w:p>
    <w:p>
      <w:pPr/>
    </w:p>
    <w:p>
      <w:pPr/>
    </w:p>
    <w:p>
      <w:pPr/>
    </w:p>
    <w:p>
      <w:pPr/>
    </w:p>
    <w:p>
      <w:pPr>
        <w:jc w:val="center"/>
      </w:pPr>
      <w:r>
        <w:rPr>
          <w:rFonts w:ascii="Times New Roman" w:hAnsi="Times New Roman" w:eastAsia="Times New Roman" w:cs="Times New Roman"/>
          <w:b/>
          <w:sz w:val="24"/>
        </w:rPr>
        <w:t>PART I. MEDICAL POWER OF ATTORNEY</w:t>
      </w:r>
    </w:p>
    <w:p>
      <w:pPr/>
    </w:p>
    <w:p>
      <w:pPr/>
      <w:r>
        <w:rPr>
          <w:rFonts w:ascii="Times New Roman" w:hAnsi="Times New Roman" w:eastAsia="Times New Roman" w:cs="Times New Roman"/>
          <w:sz w:val="24"/>
        </w:rPr>
        <w:t xml:space="preserve">A medical power of attorney allows you the right to name someone else to make health care decisions on your behalf. </w:t>
      </w:r>
    </w:p>
    <w:p>
      <w:pPr/>
    </w:p>
    <w:p>
      <w:pPr/>
      <w:r>
        <w:rPr>
          <w:rFonts w:ascii="Times New Roman" w:hAnsi="Times New Roman" w:eastAsia="Times New Roman" w:cs="Times New Roman"/>
          <w:sz w:val="24"/>
        </w:rPr>
        <w:t>I choose to: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(choose one)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Have a medical power of attorney.</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Not have a medical power of attorney. Part I of this form is intentionally left blank.</w:t>
      </w:r>
    </w:p>
    <w:p>
      <w:pPr/>
    </w:p>
    <w:p>
      <w:pPr/>
      <w:r>
        <w:rPr>
          <w:rFonts w:ascii="Times New Roman" w:hAnsi="Times New Roman" w:eastAsia="Times New Roman" w:cs="Times New Roman"/>
          <w:b/>
          <w:sz w:val="24"/>
        </w:rPr>
        <w:t>A. PRINCIPAL</w:t>
      </w:r>
      <w:r>
        <w:rPr>
          <w:rFonts w:ascii="Times New Roman" w:hAnsi="Times New Roman" w:eastAsia="Times New Roman" w:cs="Times New Roman"/>
          <w:sz w:val="24"/>
        </w:rPr>
        <w:t>. I, __________________________, with a mailing address of __________________________, City of __________________________, State of __________________________, Zip Code: __________ (“Principal”) hereby designate:</w:t>
      </w:r>
    </w:p>
    <w:p>
      <w:pPr/>
    </w:p>
    <w:p>
      <w:pPr/>
      <w:r>
        <w:rPr>
          <w:rFonts w:ascii="Times New Roman" w:hAnsi="Times New Roman" w:eastAsia="Times New Roman" w:cs="Times New Roman"/>
          <w:b/>
          <w:sz w:val="24"/>
        </w:rPr>
        <w:t>B. AGENT</w:t>
      </w:r>
      <w:r>
        <w:rPr>
          <w:rFonts w:ascii="Times New Roman" w:hAnsi="Times New Roman" w:eastAsia="Times New Roman" w:cs="Times New Roman"/>
          <w:sz w:val="24"/>
        </w:rPr>
        <w:t>. __________________________, with a mailing address of __________________________, City of __________________________, State of __________________________, Zip Code: __________ (“Agent”).</w:t>
      </w:r>
    </w:p>
    <w:p>
      <w:pPr/>
    </w:p>
    <w:p>
      <w:pPr/>
      <w:r>
        <w:rPr>
          <w:rFonts w:ascii="Times New Roman" w:hAnsi="Times New Roman" w:eastAsia="Times New Roman" w:cs="Times New Roman"/>
          <w:sz w:val="24"/>
        </w:rPr>
        <w:t>AGENT’S TELEPHONE (CELL): (____) ____-______</w:t>
      </w:r>
    </w:p>
    <w:p>
      <w:pPr/>
    </w:p>
    <w:p>
      <w:pPr/>
      <w:r>
        <w:rPr>
          <w:rFonts w:ascii="Times New Roman" w:hAnsi="Times New Roman" w:eastAsia="Times New Roman" w:cs="Times New Roman"/>
          <w:sz w:val="24"/>
        </w:rPr>
        <w:t>I select the above-named person as my Agent to act in all matters relating to my health care (including my mental health care) and including, without limitation, the power to give or refuse consent to all medical and surgical treatments, hospitalizations, and all related health care. This power of attorney is effective at the point when I am no longer able to communicate my health care wishes. My Agent's decisions under this power of attorney, during any period when I am unable to make and/or communicate my health care decisions or when there is uncertainty as to whether I am dead or alive, are binding on my heirs, devisees, and personal representatives.</w:t>
      </w:r>
    </w:p>
    <w:p>
      <w:pPr/>
    </w:p>
    <w:p>
      <w:pPr/>
      <w:r>
        <w:rPr>
          <w:rFonts w:ascii="Times New Roman" w:hAnsi="Times New Roman" w:eastAsia="Times New Roman" w:cs="Times New Roman"/>
          <w:b/>
          <w:sz w:val="24"/>
        </w:rPr>
        <w:t>C. ALTERNATE AGENT</w:t>
      </w:r>
      <w:r>
        <w:rPr>
          <w:rFonts w:ascii="Times New Roman" w:hAnsi="Times New Roman" w:eastAsia="Times New Roman" w:cs="Times New Roman"/>
          <w:sz w:val="24"/>
        </w:rPr>
        <w:t>. If my Agent is unable or unwilling to serve or make a decision in a timely manner, I select __________________________, with a mailing address of __________________________, City of __________________________, State of __________________________, to act as my alternate agent (“Alternate Agent”):</w:t>
      </w:r>
    </w:p>
    <w:p>
      <w:pPr/>
    </w:p>
    <w:p>
      <w:pPr/>
      <w:r>
        <w:rPr>
          <w:rFonts w:ascii="Times New Roman" w:hAnsi="Times New Roman" w:eastAsia="Times New Roman" w:cs="Times New Roman"/>
          <w:sz w:val="24"/>
        </w:rPr>
        <w:t>ALTERNATE AGENT’S TELEPHONE (CELL): (____) ____-______</w:t>
      </w:r>
    </w:p>
    <w:p>
      <w:pPr/>
    </w:p>
    <w:p>
      <w:pPr/>
      <w:r>
        <w:rPr>
          <w:rFonts w:ascii="Times New Roman" w:hAnsi="Times New Roman" w:eastAsia="Times New Roman" w:cs="Times New Roman"/>
          <w:sz w:val="24"/>
        </w:rPr>
        <w:t xml:space="preserve">I intend for my Agent to receive any and all of my health records and information as if I were the one requesting such information. This release authority applies to any information governed by the Health Insurance Portability and Accountability Act of 1996 (aka HIPAA), 42 USC 1420D, and 45 CFR 160-164. </w:t>
      </w:r>
    </w:p>
    <w:p>
      <w:pPr>
        <w:jc w:val="center"/>
      </w:pPr>
      <w:r>
        <w:rPr>
          <w:rFonts w:ascii="Times New Roman" w:hAnsi="Times New Roman" w:eastAsia="Times New Roman" w:cs="Times New Roman"/>
          <w:b/>
          <w:sz w:val="24"/>
        </w:rPr>
        <w:t>PART II. LIVING WILL</w:t>
      </w:r>
    </w:p>
    <w:p>
      <w:pPr/>
    </w:p>
    <w:p>
      <w:pPr/>
      <w:r>
        <w:rPr>
          <w:rFonts w:ascii="Times New Roman" w:hAnsi="Times New Roman" w:eastAsia="Times New Roman" w:cs="Times New Roman"/>
          <w:sz w:val="24"/>
        </w:rPr>
        <w:t>A living will allows a principal to select end-of-life treatment options in the chance of incapacitation with no viable cure.</w:t>
      </w:r>
    </w:p>
    <w:p>
      <w:pPr/>
    </w:p>
    <w:p>
      <w:pPr/>
      <w:r>
        <w:rPr>
          <w:rFonts w:ascii="Times New Roman" w:hAnsi="Times New Roman" w:eastAsia="Times New Roman" w:cs="Times New Roman"/>
          <w:sz w:val="24"/>
        </w:rPr>
        <w:t>I choose to: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(choose one)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Have a living will.</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Not have a living will. Part II of this form is intentionally left blank.</w:t>
      </w:r>
    </w:p>
    <w:p>
      <w:pPr/>
    </w:p>
    <w:p>
      <w:pPr/>
      <w:r>
        <w:rPr>
          <w:rFonts w:ascii="Times New Roman" w:hAnsi="Times New Roman" w:eastAsia="Times New Roman" w:cs="Times New Roman"/>
          <w:b/>
          <w:sz w:val="24"/>
        </w:rPr>
        <w:t>A. PRINCIPAL</w:t>
      </w:r>
      <w:r>
        <w:rPr>
          <w:rFonts w:ascii="Times New Roman" w:hAnsi="Times New Roman" w:eastAsia="Times New Roman" w:cs="Times New Roman"/>
          <w:sz w:val="24"/>
        </w:rPr>
        <w:t xml:space="preserve">. I, __________________________, with a mailing address of ____________________________, City of __________________________________, County of ___________________________, State of ______________________, with the last four (4) digits of my social security number (SSN) being XXX - XX - ______ (“Principal”) desire to advise my doctors and medical providers of my wishes for my health care in the event I am not able to communicate my wishes. </w:t>
      </w:r>
    </w:p>
    <w:p>
      <w:pPr/>
    </w:p>
    <w:p>
      <w:pPr/>
      <w:r>
        <w:rPr>
          <w:rFonts w:ascii="Times New Roman" w:hAnsi="Times New Roman" w:eastAsia="Times New Roman" w:cs="Times New Roman"/>
          <w:b/>
          <w:sz w:val="24"/>
        </w:rPr>
        <w:t>B. LIFE SUPPORT</w:t>
      </w:r>
      <w:r>
        <w:rPr>
          <w:rFonts w:ascii="Times New Roman" w:hAnsi="Times New Roman" w:eastAsia="Times New Roman" w:cs="Times New Roman"/>
          <w:sz w:val="24"/>
        </w:rPr>
        <w:t>.</w:t>
      </w:r>
    </w:p>
    <w:p>
      <w:pPr/>
    </w:p>
    <w:p>
      <w:pPr/>
      <w:r>
        <w:rPr>
          <w:rFonts w:ascii="Times New Roman" w:hAnsi="Times New Roman" w:eastAsia="Times New Roman" w:cs="Times New Roman"/>
          <w:sz w:val="24"/>
        </w:rPr>
        <w:t>I desire that my doctor make a concerted effort to return me to an acceptable quality of life using then available treatments and therapies. However, if my quality of life becomes unacceptable as I have defined below, and my doctors have determined that my condition will not improve (is irreversible), I direct that all treatments that extend my life be withdrawn.</w:t>
      </w:r>
    </w:p>
    <w:p>
      <w:pPr/>
    </w:p>
    <w:p>
      <w:pPr/>
      <w:r>
        <w:rPr>
          <w:rFonts w:ascii="Times New Roman" w:hAnsi="Times New Roman" w:eastAsia="Times New Roman" w:cs="Times New Roman"/>
          <w:sz w:val="24"/>
        </w:rPr>
        <w:t>An unacceptable quality of life means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Chronic coma or persistent vegetative state</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No longer able to communicate my needs</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No longer able to recognize family or friends</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Total dependence on others for daily care</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Other: ______________________________________________________.</w:t>
      </w:r>
    </w:p>
    <w:p>
      <w:pPr/>
    </w:p>
    <w:p>
      <w:pPr/>
      <w:r>
        <w:rPr>
          <w:rFonts w:ascii="Times New Roman" w:hAnsi="Times New Roman" w:eastAsia="Times New Roman" w:cs="Times New Roman"/>
          <w:sz w:val="24"/>
        </w:rPr>
        <w:t>(</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(choose one)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Even if I have the quality of life described above, I still wish to be treated with food and water by tube or intravenously (IV).</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If I have the quality of life described above, I do NOT wish to be treated with food and water by tube or intravenously (IV).</w:t>
      </w:r>
    </w:p>
    <w:p>
      <w:pPr/>
    </w:p>
    <w:p>
      <w:pPr>
        <w:spacing w:before="0" w:after="0"/>
      </w:pPr>
      <w:r>
        <w:rPr>
          <w:rFonts w:ascii="Times New Roman" w:hAnsi="Times New Roman" w:eastAsia="Times New Roman" w:cs="Times New Roman"/>
          <w:b/>
          <w:sz w:val="24"/>
        </w:rPr>
        <w:t>C. CERTAIN LIFE-SUSTAINING TREATMENT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Some people do not wish to have certain life-sustaining treatments under any circumstance, even if recovery is a possibility. Check the treatments below, if any, that you do not wish to have under any circumstances:</w:t>
      </w:r>
    </w:p>
    <w:p>
      <w:pPr/>
    </w:p>
    <w:p>
      <w:pPr/>
      <w:r>
        <w:rPr>
          <w:rFonts w:ascii="Times New Roman" w:hAnsi="Times New Roman" w:eastAsia="Times New Roman" w:cs="Times New Roman"/>
          <w:sz w:val="24"/>
        </w:rPr>
        <w:t>(</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(choose one)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Cardiopulmonary Resuscitation (CPR)</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Ventilation (breathing machine)</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Feeding tube</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Dialysis</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sz w:val="24"/>
        </w:rPr>
        <w:t>Other: ______________________________________________________.</w:t>
      </w:r>
    </w:p>
    <w:p>
      <w:pPr/>
    </w:p>
    <w:p>
      <w:pPr/>
      <w:r>
        <w:rPr>
          <w:rFonts w:ascii="Times New Roman" w:hAnsi="Times New Roman" w:eastAsia="Times New Roman" w:cs="Times New Roman"/>
          <w:b/>
          <w:sz w:val="24"/>
        </w:rPr>
        <w:t>D. END OF LIFE WISHES</w:t>
      </w:r>
      <w:r>
        <w:rPr>
          <w:rFonts w:ascii="Times New Roman" w:hAnsi="Times New Roman" w:eastAsia="Times New Roman" w:cs="Times New Roman"/>
          <w:sz w:val="24"/>
        </w:rPr>
        <w:t>. (hospice care, funeral arrangements, etc.):</w:t>
      </w:r>
    </w:p>
    <w:p>
      <w:pPr/>
    </w:p>
    <w:p>
      <w:pPr/>
      <w:r>
        <w:rPr>
          <w:rFonts w:ascii="Times New Roman" w:hAnsi="Times New Roman" w:eastAsia="Times New Roman" w:cs="Times New Roman"/>
          <w:sz w:val="24"/>
        </w:rPr>
        <w:t>When I am near death, it is important to me that: _______________________________</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sz w:val="24"/>
        </w:rPr>
        <w:t>I have signed this document on this ____ day of _____________________, 20____.</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___________________________________</w:t>
      </w:r>
    </w:p>
    <w:p>
      <w:pPr/>
    </w:p>
    <w:p>
      <w:pPr/>
      <w:r>
        <w:rPr>
          <w:rFonts w:ascii="Times New Roman" w:hAnsi="Times New Roman" w:eastAsia="Times New Roman" w:cs="Times New Roman"/>
          <w:sz w:val="24"/>
        </w:rPr>
        <w:t>Print Name: ___________________________________</w:t>
      </w:r>
    </w:p>
    <w:p>
      <w:pPr/>
    </w:p>
    <w:p>
      <w:pPr/>
      <w:r>
        <w:rPr>
          <w:rFonts w:ascii="Times New Roman" w:hAnsi="Times New Roman" w:eastAsia="Times New Roman" w:cs="Times New Roman"/>
          <w:sz w:val="24"/>
        </w:rPr>
        <w:t xml:space="preserve">Depending on your State’s laws, you either two (2) witnesses and/or notary public may be required for signing this form. </w:t>
      </w:r>
    </w:p>
    <w:p>
      <w:pPr/>
    </w:p>
    <w:p>
      <w:pPr/>
      <w:r>
        <w:rPr>
          <w:rFonts w:ascii="Times New Roman" w:hAnsi="Times New Roman" w:eastAsia="Times New Roman" w:cs="Times New Roman"/>
          <w:b/>
          <w:sz w:val="24"/>
        </w:rPr>
        <w:t>WITNESSES /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On the date set forth above, I hereby state as follows:</w:t>
      </w:r>
    </w:p>
    <w:p>
      <w:pPr/>
    </w:p>
    <w:p>
      <w:pPr/>
      <w:r>
        <w:rPr>
          <w:rFonts w:ascii="Times New Roman" w:hAnsi="Times New Roman" w:eastAsia="Times New Roman" w:cs="Times New Roman"/>
          <w:sz w:val="24"/>
        </w:rPr>
        <w:t>The above-named person is personally known to me, and I believe him/her to be of sound mind and to have voluntarily executed this document. I am at least 18 years old, not related to him/her by blood, marriage or adoption, and I am not an Agent or successor Agent named in this document. To my knowledge, I am not a beneficiary of his/her will or any codicil, and I have no claim against his/her estate. I am not directly involved in his/her health care.</w:t>
      </w:r>
    </w:p>
    <w:p>
      <w:pPr/>
    </w:p>
    <w:p>
      <w:pPr/>
      <w:r>
        <w:rPr>
          <w:rFonts w:ascii="Times New Roman" w:hAnsi="Times New Roman" w:eastAsia="Times New Roman" w:cs="Times New Roman"/>
          <w:b/>
          <w:sz w:val="24"/>
        </w:rPr>
        <w:t>WITNESS 1</w:t>
      </w: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___________________________________</w:t>
      </w:r>
    </w:p>
    <w:p>
      <w:pPr/>
    </w:p>
    <w:p>
      <w:pPr/>
      <w:r>
        <w:rPr>
          <w:rFonts w:ascii="Times New Roman" w:hAnsi="Times New Roman" w:eastAsia="Times New Roman" w:cs="Times New Roman"/>
          <w:b/>
          <w:sz w:val="24"/>
        </w:rPr>
        <w:t>WITNESS 2</w:t>
      </w: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___________________________________</w:t>
      </w:r>
    </w:p>
    <w:p>
      <w:pPr/>
    </w:p>
    <w:p>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State of ________________ }</w:t>
      </w:r>
    </w:p>
    <w:p>
      <w:pPr/>
      <w:r>
        <w:rPr>
          <w:rFonts w:ascii="Times New Roman" w:hAnsi="Times New Roman" w:eastAsia="Times New Roman" w:cs="Times New Roman"/>
          <w:sz w:val="24"/>
        </w:rPr>
        <w:t>County of ________________ }</w:t>
      </w:r>
    </w:p>
    <w:p>
      <w:pPr/>
    </w:p>
    <w:p>
      <w:pPr/>
      <w:r>
        <w:rPr>
          <w:rFonts w:ascii="Times New Roman" w:hAnsi="Times New Roman" w:eastAsia="Times New Roman" w:cs="Times New Roman"/>
          <w:sz w:val="24"/>
        </w:rPr>
        <w:t>Signed and sworn to me on the ____ day of _____________________, 20____.</w:t>
      </w:r>
    </w:p>
    <w:p>
      <w:pPr/>
    </w:p>
    <w:p>
      <w:pPr/>
      <w:r>
        <w:rPr>
          <w:rFonts w:ascii="Times New Roman" w:hAnsi="Times New Roman" w:eastAsia="Times New Roman" w:cs="Times New Roman"/>
          <w:sz w:val="24"/>
        </w:rPr>
        <w:t>I, the undersigned authority in and for said County in said State, hereby certify that the Principal, __________________________, whose name is signed above in this living will, and who is known to me, acknowledged before me on this day that, being informed of the contents of the said document, (s)he executed the same voluntarily on the day the same bears date.</w:t>
      </w:r>
    </w:p>
    <w:p>
      <w:pPr/>
    </w:p>
    <w:p>
      <w:pPr/>
      <w:r>
        <w:rPr>
          <w:rFonts w:ascii="Times New Roman" w:hAnsi="Times New Roman" w:eastAsia="Times New Roman" w:cs="Times New Roman"/>
          <w:sz w:val="24"/>
        </w:rPr>
        <w:t>Given under my hand this ____ day of _____________________, 20____.</w:t>
      </w:r>
    </w:p>
    <w:p>
      <w:pPr/>
    </w:p>
    <w:p>
      <w:pPr/>
    </w:p>
    <w:p>
      <w:pPr/>
      <w:r>
        <w:rPr>
          <w:rFonts w:ascii="Times New Roman" w:hAnsi="Times New Roman" w:eastAsia="Times New Roman" w:cs="Times New Roman"/>
          <w:sz w:val="24"/>
        </w:rPr>
        <w:t xml:space="preserve">Notary Public Signature: </w:t>
      </w:r>
      <w:r>
        <w:rPr>
          <w:rFonts w:ascii="Times New Roman" w:hAnsi="Times New Roman" w:eastAsia="Times New Roman" w:cs="Times New Roman"/>
          <w:sz w:val="24"/>
        </w:rPr>
        <w:t>___________________________________</w:t>
      </w:r>
    </w:p>
    <w:p>
      <w:pPr/>
    </w:p>
    <w:p>
      <w:pPr/>
      <w:r>
        <w:rPr>
          <w:rFonts w:ascii="Times New Roman" w:hAnsi="Times New Roman" w:eastAsia="Times New Roman" w:cs="Times New Roman"/>
          <w:sz w:val="24"/>
        </w:rPr>
        <w:t>Printed Name: ____________________________________</w:t>
      </w:r>
    </w:p>
    <w:p>
      <w:pPr/>
    </w:p>
    <w:p>
      <w:pPr/>
      <w:r>
        <w:rPr>
          <w:rFonts w:ascii="Times New Roman" w:hAnsi="Times New Roman" w:eastAsia="Times New Roman" w:cs="Times New Roman"/>
          <w:sz w:val="24"/>
        </w:rPr>
        <w:t>My commission expires: _____________________</w:t>
      </w:r>
    </w:p>
    <w:p>
      <w:pP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(Notary Seal)</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