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Explanation</w:t>
      </w:r>
    </w:p>
    <w:p>
      <w:pPr>
        <w:keepNext w:val="0"/>
        <w:spacing w:before="200" w:after="0" w:line="260" w:lineRule="exact"/>
        <w:ind w:left="720" w:right="0" w:firstLine="0"/>
        <w:jc w:val="both"/>
      </w:pPr>
      <w:r>
        <w:rPr>
          <w:rFonts w:ascii="Times New Roman" w:hAnsi="Times New Roman" w:eastAsia="Times New Roman" w:cs="Times New Roman"/>
          <w:b w:val="0"/>
          <w:sz w:val="24"/>
        </w:rPr>
        <w:t>You have the right to give instructions about your own health care. You also have the right to name someone else to make health-care decisions for you. This form lets you do either or both of these things. It also lets you express your wishes regarding the designation of your primary care practitioner.</w:t>
      </w:r>
    </w:p>
    <w:p>
      <w:pPr>
        <w:keepNext w:val="0"/>
        <w:spacing w:before="200" w:after="0" w:line="260" w:lineRule="exact"/>
        <w:ind w:left="720" w:right="0" w:firstLine="0"/>
        <w:jc w:val="both"/>
      </w:pPr>
      <w:r>
        <w:rPr>
          <w:rFonts w:ascii="Times New Roman" w:hAnsi="Times New Roman" w:eastAsia="Times New Roman" w:cs="Times New Roman"/>
          <w:b w:val="0"/>
          <w:sz w:val="24"/>
        </w:rPr>
        <w:t>THIS FORM IS OPTIONAL. Each paragraph and word of this form is also optional. If you use this form, you may cross out, complete or modify all or any part of it. You are free to use a different form. If you use this form, be sure to sign it and date it.</w:t>
      </w:r>
    </w:p>
    <w:p>
      <w:pPr>
        <w:keepNext w:val="0"/>
        <w:spacing w:before="200" w:after="0" w:line="260" w:lineRule="exact"/>
        <w:ind w:left="720" w:right="0" w:firstLine="0"/>
        <w:jc w:val="both"/>
      </w:pPr>
      <w:r>
        <w:rPr>
          <w:rFonts w:ascii="Times New Roman" w:hAnsi="Times New Roman" w:eastAsia="Times New Roman" w:cs="Times New Roman"/>
          <w:b w:val="0"/>
          <w:sz w:val="24"/>
        </w:rPr>
        <w:t>PART 1 of this form is a power of attorney for health care. PART 1 lets you name another individual as agent to make health-care decisions for you if you become incapable of making your own decisions or if you want someone else to make those decisions for you now even though you are still capable. You may also name an alternate agent to act for you if your first choice is not willing, able or reasonably available to make decisions for you. Unless related to you, your agent may not be an owner, operator or employee of a health-care institution at which you are receiving care.</w:t>
      </w:r>
    </w:p>
    <w:p>
      <w:pPr>
        <w:keepNext w:val="0"/>
        <w:spacing w:before="200" w:after="0" w:line="260" w:lineRule="exact"/>
        <w:ind w:left="720" w:right="0" w:firstLine="0"/>
        <w:jc w:val="both"/>
      </w:pPr>
      <w:r>
        <w:rPr>
          <w:rFonts w:ascii="Times New Roman" w:hAnsi="Times New Roman" w:eastAsia="Times New Roman" w:cs="Times New Roman"/>
          <w:b w:val="0"/>
          <w:sz w:val="24"/>
        </w:rPr>
        <w:t>Unless the form you sign limits the authority of your agent, your agent may make all health-care decisions for you. This form has a place for you to limit the authority of your agent. You need not limit the authority of your agent if you wish to rely on your agent for all health-care decisions that may have to be made. If you choose not to limit the authority of your agent, your agent will have the right to:</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consent or refuse consent to any care, treatment, service or procedure to maintain, diagnose or otherwise affect a physical or mental condition;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select or discharge health-care practitioners and institutions;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approve or disapprove diagnostic tests, surgical procedures, programs of medication and orders not to resuscitate; and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provision, withholding or withdrawal of artificial nutrition and hydration and all other forms of health care.</w:t>
      </w:r>
    </w:p>
    <w:p>
      <w:pPr>
        <w:keepNext w:val="0"/>
        <w:spacing w:before="200" w:after="0" w:line="260" w:lineRule="exact"/>
        <w:ind w:left="720" w:right="0" w:firstLine="0"/>
        <w:jc w:val="both"/>
      </w:pPr>
      <w:r>
        <w:rPr>
          <w:rFonts w:ascii="Times New Roman" w:hAnsi="Times New Roman" w:eastAsia="Times New Roman" w:cs="Times New Roman"/>
          <w:b w:val="0"/>
          <w:sz w:val="24"/>
        </w:rPr>
        <w:t>PART 2 of this form lets you give specific instructions about any aspect of your health care. Choices are provided for you to express your wishes regarding life-sustaining treatment, including the provision of artificial nutrition and hydration, as well as the provision of pain relief. In addition, you may express your wishes regarding whether you want to make an anatomical gift of some or all of your organs and tissue. Space is also provided for you to add to the choices you have made or for you to write out any additional wishes.</w:t>
      </w:r>
    </w:p>
    <w:p>
      <w:pPr>
        <w:keepNext w:val="0"/>
        <w:spacing w:before="200" w:after="0" w:line="260" w:lineRule="exact"/>
        <w:ind w:left="720" w:right="0" w:firstLine="0"/>
        <w:jc w:val="both"/>
      </w:pPr>
      <w:r>
        <w:rPr>
          <w:rFonts w:ascii="Times New Roman" w:hAnsi="Times New Roman" w:eastAsia="Times New Roman" w:cs="Times New Roman"/>
          <w:b w:val="0"/>
          <w:sz w:val="24"/>
        </w:rPr>
        <w:t>PART 3 of this form lets you designate a primary care practitioner to have primary responsibility for your health care.</w:t>
      </w:r>
    </w:p>
    <w:p>
      <w:pPr>
        <w:keepNext w:val="0"/>
        <w:spacing w:before="200" w:after="0" w:line="260" w:lineRule="exact"/>
        <w:ind w:left="720" w:right="0" w:firstLine="0"/>
        <w:jc w:val="both"/>
      </w:pPr>
      <w:r>
        <w:rPr>
          <w:rFonts w:ascii="Times New Roman" w:hAnsi="Times New Roman" w:eastAsia="Times New Roman" w:cs="Times New Roman"/>
          <w:b w:val="0"/>
          <w:sz w:val="24"/>
        </w:rPr>
        <w:t>After completing this form, sign and date the form at the end. It is recommended but not required that you request two other individuals to sign as witnesses. Give a copy of the signed and completed form to your physician, to any other health-care practitioners you may have, to any health-care institution at which you are receiving care and to any health-care agents you have named. You should talk to the person you have named as agent to make sure that he/she/they understands your wishes and is willing to take the responsibility.</w:t>
      </w:r>
    </w:p>
    <w:p>
      <w:pPr>
        <w:keepNext w:val="0"/>
        <w:spacing w:before="200" w:after="0" w:line="260" w:lineRule="exact"/>
        <w:ind w:left="720" w:right="0" w:firstLine="0"/>
        <w:jc w:val="both"/>
      </w:pPr>
      <w:r>
        <w:rPr>
          <w:rFonts w:ascii="Times New Roman" w:hAnsi="Times New Roman" w:eastAsia="Times New Roman" w:cs="Times New Roman"/>
          <w:b w:val="0"/>
          <w:sz w:val="24"/>
        </w:rPr>
        <w:t>You have the right to revoke this advance health care directive or replace this form at any time.</w:t>
      </w:r>
    </w:p>
    <w:p>
      <w:pPr>
        <w:keepNext w:val="0"/>
        <w:spacing w:before="120" w:after="0" w:line="260" w:lineRule="exact"/>
        <w:ind w:left="360" w:right="0" w:firstLine="0"/>
        <w:jc w:val="left"/>
      </w:pPr>
      <w:r>
        <w:rPr>
          <w:rFonts w:ascii="Times New Roman" w:hAnsi="Times New Roman" w:eastAsia="Times New Roman" w:cs="Times New Roman"/>
          <w:b w:val="0"/>
          <w:sz w:val="24"/>
        </w:rPr>
        <w:t>PART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 FOR HEALTH CARE.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designate the following individual as my agent to make health-care decisions for me:</w:t>
      </w:r>
    </w:p>
    <w:p>
      <w:pPr>
        <w:keepNext w:val="0"/>
        <w:spacing w:before="200" w:after="0" w:line="260" w:lineRule="exact"/>
        <w:ind w:left="720" w:right="0" w:firstLine="0"/>
        <w:jc w:val="both"/>
      </w:pPr>
      <w:r>
        <w:rPr>
          <w:rFonts w:ascii="Times New Roman" w:hAnsi="Times New Roman" w:eastAsia="Times New Roman" w:cs="Times New Roman"/>
          <w:b w:val="0"/>
          <w:sz w:val="24"/>
        </w:rPr>
        <w:t>[name of agent]</w:t>
      </w:r>
    </w:p>
    <w:p>
      <w:pPr>
        <w:keepNext w:val="0"/>
        <w:spacing w:before="200" w:after="0" w:line="260" w:lineRule="exact"/>
        <w:ind w:left="720" w:right="0" w:firstLine="0"/>
        <w:jc w:val="both"/>
      </w:pPr>
      <w:r>
        <w:rPr>
          <w:rFonts w:ascii="Times New Roman" w:hAnsi="Times New Roman" w:eastAsia="Times New Roman" w:cs="Times New Roman"/>
          <w:b w:val="0"/>
          <w:sz w:val="24"/>
        </w:rPr>
        <w:t>[address of agent]</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of agent]</w:t>
      </w:r>
    </w:p>
    <w:p>
      <w:pPr>
        <w:keepNext w:val="0"/>
        <w:spacing w:before="200" w:after="0" w:line="260" w:lineRule="exact"/>
        <w:ind w:left="720" w:right="0" w:firstLine="0"/>
        <w:jc w:val="both"/>
      </w:pPr>
      <w:r>
        <w:rPr>
          <w:rFonts w:ascii="Times New Roman" w:hAnsi="Times New Roman" w:eastAsia="Times New Roman" w:cs="Times New Roman"/>
          <w:b w:val="0"/>
          <w:sz w:val="24"/>
        </w:rPr>
        <w:t>If I revoke my agent's authority or if my agent is not willing, able or reasonably available to make a health care decision for me, I designate as my first alternate agent:</w:t>
      </w:r>
    </w:p>
    <w:p>
      <w:pPr>
        <w:keepNext w:val="0"/>
        <w:spacing w:before="200" w:after="0" w:line="260" w:lineRule="exact"/>
        <w:ind w:left="720" w:right="0" w:firstLine="0"/>
        <w:jc w:val="both"/>
      </w:pPr>
      <w:r>
        <w:rPr>
          <w:rFonts w:ascii="Times New Roman" w:hAnsi="Times New Roman" w:eastAsia="Times New Roman" w:cs="Times New Roman"/>
          <w:b w:val="0"/>
          <w:sz w:val="24"/>
        </w:rPr>
        <w:t>[name of first alternate agent]</w:t>
      </w:r>
    </w:p>
    <w:p>
      <w:pPr>
        <w:keepNext w:val="0"/>
        <w:spacing w:before="200" w:after="0" w:line="260" w:lineRule="exact"/>
        <w:ind w:left="720" w:right="0" w:firstLine="0"/>
        <w:jc w:val="both"/>
      </w:pPr>
      <w:r>
        <w:rPr>
          <w:rFonts w:ascii="Times New Roman" w:hAnsi="Times New Roman" w:eastAsia="Times New Roman" w:cs="Times New Roman"/>
          <w:b w:val="0"/>
          <w:sz w:val="24"/>
        </w:rPr>
        <w:t>[address of first alternate agent]</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of first alternate agent]</w:t>
      </w:r>
    </w:p>
    <w:p>
      <w:pPr>
        <w:keepNext w:val="0"/>
        <w:spacing w:before="200" w:after="0" w:line="260" w:lineRule="exact"/>
        <w:ind w:left="720" w:right="0" w:firstLine="0"/>
        <w:jc w:val="both"/>
      </w:pPr>
      <w:r>
        <w:rPr>
          <w:rFonts w:ascii="Times New Roman" w:hAnsi="Times New Roman" w:eastAsia="Times New Roman" w:cs="Times New Roman"/>
          <w:b w:val="0"/>
          <w:sz w:val="24"/>
        </w:rPr>
        <w:t>If I revoke the authority of my agent and first alternate agent or if neither is willing, able or reasonably available to make a health-care decision for me, I designate as my second alternate agent:</w:t>
      </w:r>
    </w:p>
    <w:p>
      <w:pPr>
        <w:keepNext w:val="0"/>
        <w:spacing w:before="200" w:after="0" w:line="260" w:lineRule="exact"/>
        <w:ind w:left="720" w:right="0" w:firstLine="0"/>
        <w:jc w:val="both"/>
      </w:pPr>
      <w:r>
        <w:rPr>
          <w:rFonts w:ascii="Times New Roman" w:hAnsi="Times New Roman" w:eastAsia="Times New Roman" w:cs="Times New Roman"/>
          <w:b w:val="0"/>
          <w:sz w:val="24"/>
        </w:rPr>
        <w:t>[name of second alternate agent]</w:t>
      </w:r>
    </w:p>
    <w:p>
      <w:pPr>
        <w:keepNext w:val="0"/>
        <w:spacing w:before="200" w:after="0" w:line="260" w:lineRule="exact"/>
        <w:ind w:left="720" w:right="0" w:firstLine="0"/>
        <w:jc w:val="both"/>
      </w:pPr>
      <w:r>
        <w:rPr>
          <w:rFonts w:ascii="Times New Roman" w:hAnsi="Times New Roman" w:eastAsia="Times New Roman" w:cs="Times New Roman"/>
          <w:b w:val="0"/>
          <w:sz w:val="24"/>
        </w:rPr>
        <w:t>[address of second alternate agent]</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of second 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My agent is authorized to obtain and review medical records, reports and information about me and to make all health-care decisions for me, including decisions to provide, withhold or withdraw artificial nutrition, hydration and all other forms of health care to keep me alive, except as I state herein. 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Agent's Authority Becomes Effective.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My agent's authority becomes effective when my primary care practitioner and one other qualified health-care professional determine that I am unable to make my own health-care decisions. If I initial this box [  ], my agent's authority to make health-care decisions for me takes effect immediately.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 Obligation.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make health-care decisions for me in accordance with this power of attorney for health care, any instructions I give in PART 2 of this form and my other wishes to the extent known to my agent. To the extent my wishes are unknown, my agent shall make health-care decisions for me in accordance with what my agent determines to be in my best interest. In determining my best interest, my agent shall consider my personal values to the extent known to my agent.</w:t>
      </w:r>
    </w:p>
    <w:p>
      <w:pPr>
        <w:keepNext w:val="0"/>
        <w:spacing w:before="120" w:after="0" w:line="260" w:lineRule="exact"/>
        <w:ind w:left="360" w:right="0" w:firstLine="0"/>
        <w:jc w:val="left"/>
      </w:pPr>
      <w:r>
        <w:rPr>
          <w:rFonts w:ascii="Times New Roman" w:hAnsi="Times New Roman" w:eastAsia="Times New Roman" w:cs="Times New Roman"/>
          <w:b w:val="0"/>
          <w:sz w:val="24"/>
        </w:rPr>
        <w:t>PART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FOR HEALTH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you are satisfied to allow your agent to determine what is best for you in making end-of-life decisions, you need not fill out this part of the form. If you do fill out this part of the form, you may cross out any wording you do not want.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End-of-Life Decisions.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I am unable to make or communicate decisions regarding my health care, and IF (i) I have an incurable or irreversible condition that will result in my death within a relatively short time, OR (ii) I become unconscious and, to a reasonable degree of medical certainty, I will not regain consciousness, OR (iii) the likely risks and burdens of treatment would outweigh the expected benefits, THEN I direct that my health-care practitioners and others involved in my care provide, withhold or withdraw treatment in accordance with the choice I have initialed below in one of the following three boxes:</w:t>
      </w:r>
    </w:p>
    <w:p>
      <w:pPr>
        <w:keepNext w:val="0"/>
        <w:spacing w:before="200" w:after="0" w:line="260" w:lineRule="exact"/>
        <w:ind w:left="1080" w:right="0" w:firstLine="0"/>
        <w:jc w:val="both"/>
      </w:pPr>
      <w:r>
        <w:rPr>
          <w:rFonts w:ascii="Times New Roman" w:hAnsi="Times New Roman" w:eastAsia="Times New Roman" w:cs="Times New Roman"/>
          <w:b w:val="0"/>
          <w:sz w:val="24"/>
        </w:rPr>
        <w:t>(     ) I CHOOSE NOT To Prolong Life</w:t>
      </w:r>
    </w:p>
    <w:p>
      <w:pPr>
        <w:keepNext w:val="0"/>
        <w:spacing w:before="200" w:after="0" w:line="260" w:lineRule="exact"/>
        <w:ind w:left="1080" w:right="0" w:firstLine="0"/>
        <w:jc w:val="both"/>
      </w:pPr>
      <w:r>
        <w:rPr>
          <w:rFonts w:ascii="Times New Roman" w:hAnsi="Times New Roman" w:eastAsia="Times New Roman" w:cs="Times New Roman"/>
          <w:b w:val="0"/>
          <w:sz w:val="24"/>
        </w:rPr>
        <w:t>I do not want my life to be prolonged.</w:t>
      </w:r>
    </w:p>
    <w:p>
      <w:pPr>
        <w:keepNext w:val="0"/>
        <w:spacing w:before="200" w:after="0" w:line="260" w:lineRule="exact"/>
        <w:ind w:left="1080" w:right="0" w:firstLine="0"/>
        <w:jc w:val="both"/>
      </w:pPr>
      <w:r>
        <w:rPr>
          <w:rFonts w:ascii="Times New Roman" w:hAnsi="Times New Roman" w:eastAsia="Times New Roman" w:cs="Times New Roman"/>
          <w:b w:val="0"/>
          <w:sz w:val="24"/>
        </w:rPr>
        <w:t>(     ) I CHOOSE To Prolong Life</w:t>
      </w:r>
    </w:p>
    <w:p>
      <w:pPr>
        <w:keepNext w:val="0"/>
        <w:spacing w:before="200" w:after="0" w:line="260" w:lineRule="exact"/>
        <w:ind w:left="1080" w:right="0" w:firstLine="0"/>
        <w:jc w:val="both"/>
      </w:pPr>
      <w:r>
        <w:rPr>
          <w:rFonts w:ascii="Times New Roman" w:hAnsi="Times New Roman" w:eastAsia="Times New Roman" w:cs="Times New Roman"/>
          <w:b w:val="0"/>
          <w:sz w:val="24"/>
        </w:rPr>
        <w:t>I want my life to be prolonged as long as possible within the limits of generally accepted health-care standards.</w:t>
      </w:r>
    </w:p>
    <w:p>
      <w:pPr>
        <w:keepNext w:val="0"/>
        <w:spacing w:before="200" w:after="0" w:line="260" w:lineRule="exact"/>
        <w:ind w:left="1080" w:right="0" w:firstLine="0"/>
        <w:jc w:val="both"/>
      </w:pPr>
      <w:r>
        <w:rPr>
          <w:rFonts w:ascii="Times New Roman" w:hAnsi="Times New Roman" w:eastAsia="Times New Roman" w:cs="Times New Roman"/>
          <w:b w:val="0"/>
          <w:sz w:val="24"/>
        </w:rPr>
        <w:t>(     ) I CHOOSE To Let My Agent Decide</w:t>
      </w:r>
    </w:p>
    <w:p>
      <w:pPr>
        <w:keepNext w:val="0"/>
        <w:spacing w:before="200" w:after="0" w:line="260" w:lineRule="exact"/>
        <w:ind w:left="1080" w:right="0" w:firstLine="0"/>
        <w:jc w:val="both"/>
      </w:pPr>
      <w:r>
        <w:rPr>
          <w:rFonts w:ascii="Times New Roman" w:hAnsi="Times New Roman" w:eastAsia="Times New Roman" w:cs="Times New Roman"/>
          <w:b w:val="0"/>
          <w:sz w:val="24"/>
        </w:rPr>
        <w:t>My agent under my power of attorney for health care may make life-sustaining treatment decisions for me.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I have chosen above NOT to prolong life, I also specify by marking my initials below:</w:t>
      </w:r>
    </w:p>
    <w:p>
      <w:pPr>
        <w:keepNext w:val="0"/>
        <w:spacing w:before="200" w:after="0" w:line="260" w:lineRule="exact"/>
        <w:ind w:left="1080" w:right="0" w:firstLine="0"/>
        <w:jc w:val="both"/>
      </w:pPr>
      <w:r>
        <w:rPr>
          <w:rFonts w:ascii="Times New Roman" w:hAnsi="Times New Roman" w:eastAsia="Times New Roman" w:cs="Times New Roman"/>
          <w:b w:val="0"/>
          <w:sz w:val="24"/>
        </w:rPr>
        <w:t>(     ) I DO NOT want artificial nutrition OR</w:t>
      </w:r>
    </w:p>
    <w:p>
      <w:pPr>
        <w:keepNext w:val="0"/>
        <w:spacing w:before="200" w:after="0" w:line="260" w:lineRule="exact"/>
        <w:ind w:left="1080" w:right="0" w:firstLine="0"/>
        <w:jc w:val="both"/>
      </w:pPr>
      <w:r>
        <w:rPr>
          <w:rFonts w:ascii="Times New Roman" w:hAnsi="Times New Roman" w:eastAsia="Times New Roman" w:cs="Times New Roman"/>
          <w:b w:val="0"/>
          <w:sz w:val="24"/>
        </w:rPr>
        <w:t>(     ) I DO want artificial nutrition.</w:t>
      </w:r>
    </w:p>
    <w:p>
      <w:pPr>
        <w:keepNext w:val="0"/>
        <w:spacing w:before="200" w:after="0" w:line="260" w:lineRule="exact"/>
        <w:ind w:left="1080" w:right="0" w:firstLine="0"/>
        <w:jc w:val="both"/>
      </w:pPr>
      <w:r>
        <w:rPr>
          <w:rFonts w:ascii="Times New Roman" w:hAnsi="Times New Roman" w:eastAsia="Times New Roman" w:cs="Times New Roman"/>
          <w:b w:val="0"/>
          <w:sz w:val="24"/>
        </w:rPr>
        <w:t>(     ) I DO NOT want artificial hydration unless required for my comfort OR</w:t>
      </w:r>
    </w:p>
    <w:p>
      <w:pPr>
        <w:keepNext w:val="0"/>
        <w:spacing w:before="200" w:after="0" w:line="260" w:lineRule="exact"/>
        <w:ind w:left="1080" w:right="0" w:firstLine="0"/>
        <w:jc w:val="both"/>
      </w:pPr>
      <w:r>
        <w:rPr>
          <w:rFonts w:ascii="Times New Roman" w:hAnsi="Times New Roman" w:eastAsia="Times New Roman" w:cs="Times New Roman"/>
          <w:b w:val="0"/>
          <w:sz w:val="24"/>
        </w:rPr>
        <w:t>(     ) I DO want artificial hydration.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Relief from Pain.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Regardless of the choices I have made in this form and except as I state in the following space, I direct that the best medical care possible to keep me clean, comfortable and free of pain or discomfort be provided at all times so that my dignity is maintained, even if this care hastens my death:</w:t>
      </w:r>
    </w:p>
    <w:p>
      <w:pPr>
        <w:keepNext w:val="0"/>
        <w:spacing w:before="200" w:after="0" w:line="260" w:lineRule="exact"/>
        <w:ind w:left="720" w:right="0" w:firstLine="0"/>
        <w:jc w:val="both"/>
      </w:pPr>
      <w:r>
        <w:rPr>
          <w:rFonts w:ascii="Times New Roman" w:hAnsi="Times New Roman" w:eastAsia="Times New Roman" w:cs="Times New Roman"/>
          <w:b w:val="0"/>
          <w:sz w:val="24"/>
        </w:rPr>
        <w:t>[special instructions regarding relief from pain]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Anatomical Gift Designation.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Upon my death I specify as marked below whether I choose to make an anatomical gift of all or some of my organs or tissue:</w:t>
      </w:r>
    </w:p>
    <w:p>
      <w:pPr>
        <w:keepNext w:val="0"/>
        <w:spacing w:before="200" w:after="0" w:line="260" w:lineRule="exact"/>
        <w:ind w:left="1080" w:right="0" w:firstLine="0"/>
        <w:jc w:val="both"/>
      </w:pPr>
      <w:r>
        <w:rPr>
          <w:rFonts w:ascii="Times New Roman" w:hAnsi="Times New Roman" w:eastAsia="Times New Roman" w:cs="Times New Roman"/>
          <w:b w:val="0"/>
          <w:sz w:val="24"/>
        </w:rPr>
        <w:t>(     ) I CHOOSE to make an anatomical gift of all of my organs or tissue to be determined by medical suitability at the time of death, and artificial support may be maintained long enough for organs to be removed.</w:t>
      </w:r>
    </w:p>
    <w:p>
      <w:pPr>
        <w:keepNext w:val="0"/>
        <w:spacing w:before="200" w:after="0" w:line="260" w:lineRule="exact"/>
        <w:ind w:left="1080" w:right="0" w:firstLine="0"/>
        <w:jc w:val="both"/>
      </w:pPr>
      <w:r>
        <w:rPr>
          <w:rFonts w:ascii="Times New Roman" w:hAnsi="Times New Roman" w:eastAsia="Times New Roman" w:cs="Times New Roman"/>
          <w:b w:val="0"/>
          <w:sz w:val="24"/>
        </w:rPr>
        <w:t>(     ) I CHOOSE to make a partial anatomical gift of some of my organs and tissue as specified below, and artificial support may be maintained long enough for organs to be removed.</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 I REFUSE to make an anatomical gift of any of my organs or tissue.</w:t>
      </w:r>
    </w:p>
    <w:p>
      <w:pPr>
        <w:keepNext w:val="0"/>
        <w:spacing w:before="200" w:after="0" w:line="260" w:lineRule="exact"/>
        <w:ind w:left="1080" w:right="0" w:firstLine="0"/>
        <w:jc w:val="both"/>
      </w:pPr>
      <w:r>
        <w:rPr>
          <w:rFonts w:ascii="Times New Roman" w:hAnsi="Times New Roman" w:eastAsia="Times New Roman" w:cs="Times New Roman"/>
          <w:b w:val="0"/>
          <w:sz w:val="24"/>
        </w:rPr>
        <w:t>(     ) I CHOOSE to let my agent decide.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Wishes.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you wish to write your own instructions, or if you wish to add to the instructions you have given above, you may do so here.) I direct that:</w:t>
      </w:r>
    </w:p>
    <w:p>
      <w:pPr>
        <w:keepNext w:val="0"/>
        <w:spacing w:before="200" w:after="0" w:line="260" w:lineRule="exact"/>
        <w:ind w:left="720" w:right="0" w:firstLine="0"/>
        <w:jc w:val="both"/>
      </w:pPr>
      <w:r>
        <w:rPr>
          <w:rFonts w:ascii="Times New Roman" w:hAnsi="Times New Roman" w:eastAsia="Times New Roman" w:cs="Times New Roman"/>
          <w:b w:val="0"/>
          <w:sz w:val="24"/>
        </w:rPr>
        <w:t>[additional instructions for living will]</w:t>
      </w:r>
    </w:p>
    <w:p>
      <w:pPr>
        <w:keepNext w:val="0"/>
        <w:spacing w:before="120" w:after="0" w:line="260" w:lineRule="exact"/>
        <w:ind w:left="360" w:right="0" w:firstLine="0"/>
        <w:jc w:val="left"/>
      </w:pPr>
      <w:r>
        <w:rPr>
          <w:rFonts w:ascii="Times New Roman" w:hAnsi="Times New Roman" w:eastAsia="Times New Roman" w:cs="Times New Roman"/>
          <w:b w:val="0"/>
          <w:sz w:val="24"/>
        </w:rPr>
        <w:t>PART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CARE PRACTITIONER.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designate the following as my primary care practitioner:</w:t>
      </w:r>
    </w:p>
    <w:p>
      <w:pPr>
        <w:keepNext w:val="0"/>
        <w:spacing w:before="200" w:after="0" w:line="260" w:lineRule="exact"/>
        <w:ind w:left="720" w:right="0" w:firstLine="0"/>
        <w:jc w:val="both"/>
      </w:pPr>
      <w:r>
        <w:rPr>
          <w:rFonts w:ascii="Times New Roman" w:hAnsi="Times New Roman" w:eastAsia="Times New Roman" w:cs="Times New Roman"/>
          <w:b w:val="0"/>
          <w:sz w:val="24"/>
        </w:rPr>
        <w:t>[name of primary care practitioner]</w:t>
      </w:r>
    </w:p>
    <w:p>
      <w:pPr>
        <w:keepNext w:val="0"/>
        <w:spacing w:before="200" w:after="0" w:line="260" w:lineRule="exact"/>
        <w:ind w:left="720" w:right="0" w:firstLine="0"/>
        <w:jc w:val="both"/>
      </w:pPr>
      <w:r>
        <w:rPr>
          <w:rFonts w:ascii="Times New Roman" w:hAnsi="Times New Roman" w:eastAsia="Times New Roman" w:cs="Times New Roman"/>
          <w:b w:val="0"/>
          <w:sz w:val="24"/>
        </w:rPr>
        <w:t>[address of primary care practitioner]</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of primary care practitioner]</w:t>
      </w:r>
    </w:p>
    <w:p>
      <w:pPr>
        <w:keepNext w:val="0"/>
        <w:spacing w:before="200" w:after="0" w:line="260" w:lineRule="exact"/>
        <w:ind w:left="720" w:right="0" w:firstLine="0"/>
        <w:jc w:val="both"/>
      </w:pPr>
      <w:r>
        <w:rPr>
          <w:rFonts w:ascii="Times New Roman" w:hAnsi="Times New Roman" w:eastAsia="Times New Roman" w:cs="Times New Roman"/>
          <w:b w:val="0"/>
          <w:sz w:val="24"/>
        </w:rPr>
        <w:t>If the primary care practitioner I have designated above is not willing, able or reasonably available to act as my primary care practitioner, I designate the following as my primary care practitioner:</w:t>
      </w:r>
    </w:p>
    <w:p>
      <w:pPr>
        <w:keepNext w:val="0"/>
        <w:spacing w:before="200" w:after="0" w:line="260" w:lineRule="exact"/>
        <w:ind w:left="720" w:right="0" w:firstLine="0"/>
        <w:jc w:val="both"/>
      </w:pPr>
      <w:r>
        <w:rPr>
          <w:rFonts w:ascii="Times New Roman" w:hAnsi="Times New Roman" w:eastAsia="Times New Roman" w:cs="Times New Roman"/>
          <w:b w:val="0"/>
          <w:sz w:val="24"/>
        </w:rPr>
        <w:t>[name of successor primary care practitioner]</w:t>
      </w:r>
    </w:p>
    <w:p>
      <w:pPr>
        <w:keepNext w:val="0"/>
        <w:spacing w:before="200" w:after="0" w:line="260" w:lineRule="exact"/>
        <w:ind w:left="720" w:right="0" w:firstLine="0"/>
        <w:jc w:val="both"/>
      </w:pPr>
      <w:r>
        <w:rPr>
          <w:rFonts w:ascii="Times New Roman" w:hAnsi="Times New Roman" w:eastAsia="Times New Roman" w:cs="Times New Roman"/>
          <w:b w:val="0"/>
          <w:sz w:val="24"/>
        </w:rPr>
        <w:t>[address of successor primary care practitioner]</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successor of primary care practitioner]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Copy.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 copy of this form has the same effect as the original.</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I may revoke this OPTIONAL ADVANCE HEALTH-CARE DIRECTIVE at any time, and that if I revoke it, I should promptly notify my supervising health-care practitioner and any health-care institution where I am receiving care and any others to whom I have given copies of this power of attorney. I understand that I may revoke the designation of an agent either by a signed writing or by personally informing the supervising health-care practitioner.</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Sign and date the form here:</w:t>
      </w:r>
    </w:p>
    <w:p>
      <w:pPr/>
    </w:p>
    <w:p>
      <w:pPr>
        <w:keepNext w:val="0"/>
        <w:spacing w:before="200" w:after="0" w:line="260" w:lineRule="exact"/>
        <w:ind w:left="720" w:right="0" w:firstLine="0"/>
        <w:jc w:val="both"/>
      </w:pPr>
      <w:r>
        <w:rPr>
          <w:rFonts w:ascii="Times New Roman" w:hAnsi="Times New Roman" w:eastAsia="Times New Roman" w:cs="Times New Roman"/>
          <w:b/>
          <w:sz w:val="24"/>
        </w:rPr>
        <w:t>IN WITNESS</w:t>
      </w:r>
      <w:r>
        <w:rPr>
          <w:rFonts w:ascii="Times New Roman" w:hAnsi="Times New Roman" w:eastAsia="Times New Roman" w:cs="Times New Roman"/>
          <w:b w:val="0"/>
          <w:sz w:val="24"/>
        </w:rPr>
        <w:t xml:space="preserve"> of my adoption and approval of the terms of this Directive, I have signed below in the presence of the [Witnesses/Notary Public] who will sign below.</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[address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(Signature of Principal)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