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Advance Health Care Directive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COMBINED DESIGNATION OF HEALTH CARE REPRESENTATIVE AND INSTRUCTION DIRECTIVE FOR HEALTH CARE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understand that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competent adult, I have the right to make decisions about my health care. There may 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when I am unable, due to physical or mental incapacity, to make my own health care decisions. In these circumstances, those caring for me will need direction concerning my care and will turn to someone who knows my values and health care wishes. I understand that those responsible for my care will seek to make health decisions in my best interest and based upon their knowledge of my wishes. In order to provide the guidance and authority to make decisions on my behalf:</w:t>
      </w:r>
    </w:p>
    <w:p>
      <w:pPr>
        <w:keepNext w:val="0"/>
        <w:spacing w:before="200" w:after="0" w:line="260" w:lineRule="exact"/>
        <w:ind w:left="720" w:right="0" w:firstLine="0"/>
        <w:jc w:val="both"/>
      </w:pPr>
      <w:r>
        <w:rPr>
          <w:rFonts w:ascii="Times New Roman" w:hAnsi="Times New Roman" w:eastAsia="Times New Roman" w:cs="Times New Roman"/>
          <w:b w:val="0"/>
          <w:sz w:val="24"/>
        </w:rPr>
        <w:t>I, [name of declarant], residing at [address of declarant], [city], New Jersey, hereby declare and make known my instructions and wishes for my future health care. This Combined Designation of Health Care Representative and Instruction Directive for Health Care shall take effect in the event I become unable to make my own health care decisions, as determined by the physician who has primary responsibility for my care, and any necessary confirming determinations. I direct that this document become part of my permanent medical records.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 of Health Care Representative.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do hereby appoint [representative full name] residing at [address of representative], [city], New Jersey, as my lawful health care representative ("Representative") to make each and every health care decision on my behalf, subject to any limitations provided below. I direct my Representative to make decisions on my behalf in accordance with my wishes or, if my wishes are unknown or unclear, in my best interests, based upon my Representative's knowledge of my wishes.</w:t>
      </w:r>
    </w:p>
    <w:p>
      <w:pPr>
        <w:keepNext w:val="0"/>
        <w:spacing w:before="200" w:after="0" w:line="260" w:lineRule="exact"/>
        <w:ind w:left="1080" w:right="0" w:firstLine="0"/>
        <w:jc w:val="both"/>
      </w:pPr>
      <w:r>
        <w:rPr>
          <w:rFonts w:ascii="Times New Roman" w:hAnsi="Times New Roman" w:eastAsia="Times New Roman" w:cs="Times New Roman"/>
          <w:b w:val="0"/>
          <w:sz w:val="24"/>
        </w:rPr>
        <w:t>I have discussed the terms of this designation with my Representative, and my Representative has willingly agreed to accept the responsibility for acting on my behalf.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person I have designated above is unavailable, unwilling, or incompetent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decision concerning my health care, then I appoint, as alternate, [name of alternate representative], residing at [address of alternate representative], [city], New Jersey, to act as my Representative.</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Instruction Directive.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There are circumstances in which I would not want my life to be prolonged by further medical treatment. In these circumstances, life-sustaining measures should not be initiated and if they have been, they should be discontinued. I recognize that this will hasten my death. I hereby specify the following circumstances in which I would choose to forgo life-sustaining measures: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there should 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when I am diagnosed as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incurable or irreversible diseases, illness, or condition, and my condition is terminal as determined by my attending physician and at least one additional physician who has personally examined me. Terminal condition to me means that my physicians have determined that I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life expectancy of approximately [number of months, weeks, or days] [days/months/weeks] or less.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there should 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when I become permanently unconscious and it is determined by my attending physician and at least one additional physician with appropriate expertise who has personally examined me, that I have totally and irreversibly lost consciousness and my capacity for interaction with other people and my surroundings.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there should 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when I am diagnosed as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incurable or irreversible diseases, illness, or condition, which may not be terminal, but the condition may cause me to experience severe and progressive physical or mental deterioration and/or permanent loss of capacities and faculties I value highly. Further, the burdens of continued life with treatment are greater than the benefits I experience.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Despite any direction to the contrary, if there should 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when I have been diagnosed as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debilitating illness or condition or in the absence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diagnosis, I am exhibiting symptoms akin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debilitating illness or condition, which may or may not be terminal but which may cause me to experience acute loss of capacities from which it is expected I would recover with proper medical care, I hereby direct life-sustaining measures to be administered to the extent medically appropriate. This shall include, but not be limited to, artificial fluids and nutrition, drugs (including experimental drugs), cardiopulmonary resuscitation (CPR), surgery, or therapy that uses mechanical or other artificial means to sustain, restore, or supplant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vital bodily function (e.g., mechanical ventilator).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It is also my express and deeply held desire not to exist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persistent vegetative state.</w:t>
      </w:r>
    </w:p>
    <w:p>
      <w:pPr>
        <w:keepNext w:val="0"/>
        <w:spacing w:before="200" w:after="0" w:line="260" w:lineRule="exact"/>
        <w:ind w:left="1080" w:right="0" w:firstLine="0"/>
        <w:jc w:val="both"/>
      </w:pPr>
      <w:r>
        <w:rPr>
          <w:rFonts w:ascii="Times New Roman" w:hAnsi="Times New Roman" w:eastAsia="Times New Roman" w:cs="Times New Roman"/>
          <w:b w:val="0"/>
          <w:sz w:val="24"/>
        </w:rPr>
        <w:t>It is my intention that this document shall be honored by my Representative, my family, and my attending physician and other health care providers as the final expression of my legal right to refuse medical or surgical treatment and my acceptance of the consequences of such refusal.</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Scope of Authority.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My Representative's authority pursuant to this document shall include, by way of illustration only and not by way of limitation, the following decisions on my behalf:</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Deciding whether to accept, withdraw, or decline treatment for any physical or mental condition of mine</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Agreeing to admit me to or discharge me from any hospital, home, or other institution</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Providing, or refusing to provide, informed consent with respect to all health care and comfort care</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Requesting my transfer to another physician, facility, or jurisdiction to effect the decisions of my Representative.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understand and intend that my Representative may incur reasonable expense on my behalf in the exercise of the authorizations and powers given herein. I encourage, but do not require, my Representative to consult with my attorney-in-fact, if any, regarding my financial resources available to cover such expenses.</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Access to Medical Information (and HIPAA Waiver).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Notwithstanding any general or specific law to the contrary, I grant my Representative the right to receive any and all medical information that I would be entitled to receive and that may be needed to make informed decisions regarding my health care, including information otherwise protected by federal drug and alcohol or other federal or state confidentiality laws. I further authorize my attending physician and other health care providers administering health care to me to communicate freely and unconditionally with my Representative. In the event of my admission to any medical facility, I grant my Representative free and unconditional access to my medical records and to my room for as often and for as long as my Representative shall choose.</w:t>
      </w:r>
    </w:p>
    <w:p>
      <w:pPr>
        <w:keepNext w:val="0"/>
        <w:spacing w:before="200" w:after="0" w:line="260" w:lineRule="exact"/>
        <w:ind w:left="1080" w:right="0" w:firstLine="0"/>
        <w:jc w:val="both"/>
      </w:pPr>
      <w:r>
        <w:rPr>
          <w:rFonts w:ascii="Times New Roman" w:hAnsi="Times New Roman" w:eastAsia="Times New Roman" w:cs="Times New Roman"/>
          <w:b w:val="0"/>
          <w:sz w:val="24"/>
        </w:rPr>
        <w:t>I intend for my Representative to be treated as I would be with respect to my rights regarding the use and disclosure of my individually identifiable health information or medical records. This release authority applies to any information governed by the Health Insurance Portability and Accountability Act of 1996 ("HIPAA"), 42 U.S.C. § 1320d, and 45 C.F.R. pts. 160-164., as well as any applicable state laws.</w:t>
      </w:r>
    </w:p>
    <w:p>
      <w:pPr>
        <w:keepNext w:val="0"/>
        <w:spacing w:before="200" w:after="0" w:line="260" w:lineRule="exact"/>
        <w:ind w:left="1080" w:right="0" w:firstLine="0"/>
        <w:jc w:val="both"/>
      </w:pPr>
      <w:r>
        <w:rPr>
          <w:rFonts w:ascii="Times New Roman" w:hAnsi="Times New Roman" w:eastAsia="Times New Roman" w:cs="Times New Roman"/>
          <w:b w:val="0"/>
          <w:sz w:val="24"/>
        </w:rPr>
        <w:t>I authorize any physician, health care professional, dentist, health plan, hospital, clinic, laboratory, pharmacy, or other covered health care provider, any insurance company, and the Medical Information Bureau, Inc. or other health care organization that has provided treatment or services to me or that has paid for or is seeking payment from me for such services to give, disclose, and release to my Representative, without restriction, all of my individually identifiable health information and medical records regarding any past, present, or future medical or mental condition, including all information relating to the diagnosis and treatment of HIV/AIDS, sexually transmitted diseases, mental illness, and drug or alcohol abuse.</w:t>
      </w:r>
    </w:p>
    <w:p>
      <w:pPr>
        <w:keepNext w:val="0"/>
        <w:spacing w:before="200" w:after="0" w:line="260" w:lineRule="exact"/>
        <w:ind w:left="1080" w:right="0" w:firstLine="0"/>
        <w:jc w:val="both"/>
      </w:pPr>
      <w:r>
        <w:rPr>
          <w:rFonts w:ascii="Times New Roman" w:hAnsi="Times New Roman" w:eastAsia="Times New Roman" w:cs="Times New Roman"/>
          <w:b w:val="0"/>
          <w:sz w:val="24"/>
        </w:rPr>
        <w:t>The authority given my Representative shall supersede any prior agreement that I may have made with my health care providers to restrict access to or disclosure of my individually identifiable health information. The authority given my Representative has no expiration date and shall expire only in the event that I revoke the authority in writing and deliver it to my health care provider.</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and Release.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My Representative shall be indemnified and held harmless by me or my estate for any liability for the cost of health care incurred by my Representative pursuant to this document.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intend that the decisions of my Representative be honored by my family, my attending physician, and other health care providers, and I hereby release them and agree to indemnify and hold them harmless from any and all liability for acting in accordance with such decisions.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health care decisions permitted to be made pursuant to this document, including the power to consent, refuse consent, or withdraw consent to any type of medical care, treatment, service, or procedure, may be made by Representative virtually, telephonically, or in person, as circumstances warrant, but in all events, in consultation with my health care providers as otherwise provided herein.</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and Effective Date.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document shall be construed in accordance with the laws of the State of New Jersey, including Title 26 of the New Jersey Statutes, and shall take effect upon the written determination of my then-attending physician, made according to accepted standards of medical judgment, that I lack the capacity to make or communicate health care decisions. My Representative's authority pursuant to this document shall be exercisable within and outside the State of New Jersey.</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Revocation.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document may be revoked by me at any time while I am legally competent by my notifying my Representative, my attending physician, or other health care provider orally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instrument signed by me and delivered to my Representative, my attending physician, or other health care provider, or by my execution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subsequent advance directive. If this document is revoked, my Representative shall be indemnified and held harmless by me or my estate for health care decisions and the cost of health care made or incurred by my Representative before receiving actual notice of such revocation.</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Anatomical Gifts.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With respect to anatomical gifts,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 I wish, if feasible to donate for transplant any part or all of my organ, tissue, eyes, bones, arteries, or other parts or portions of my body which may be useful to another person. I intend for this statement of intent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anatomical gift within the meaning of Title 26 to the New Jersey Statutes, or any similar statute of another jurisdiction in which I may be located. Consistent with this intent, treatment which prolongs my dying may, notwithstanding the foregoing paragraphs, be temporarily continued or modified so as to preserve and protect for transplant the useful portions of my body. This gift shall be effective without regard to whether I have appointed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Representative in this document and whether or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Representative is acting hereunder. Additionally, in furtherance of this gift, my Representative is authorized to make anatomical gifts of part or all of my body for medical purposes, authorize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autopsy, and direct the disposition of my remains, to the extent permitted by law.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 I do not wish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anatomical gift.</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If any provision of this document is or becomes invalid or unenforceable in any respect, the remaining provisions shall not in any way be affected or impaired.</w:t>
      </w:r>
    </w:p>
    <w:p>
      <w:pPr/>
    </w:p>
    <w:p>
      <w:pPr>
        <w:keepNext w:val="0"/>
        <w:spacing w:before="200" w:after="0" w:line="260" w:lineRule="exact"/>
        <w:ind w:left="360" w:right="0" w:firstLine="0"/>
        <w:jc w:val="both"/>
      </w:pPr>
      <w:r>
        <w:rPr>
          <w:rFonts w:ascii="Times New Roman" w:hAnsi="Times New Roman" w:eastAsia="Times New Roman" w:cs="Times New Roman"/>
          <w:b w:val="0"/>
          <w:sz w:val="24"/>
        </w:rPr>
        <w:t>By signing this Combined Designation of Health Care Representative and Instruction Directive for Health Care, I inform those who may become entrusted with my health care of my wishes and intend to ease the burdens of decision-making which this responsibility may impose. I understand the purpose and effect of this document and sign it knowingly, voluntarily, and after careful deliberation.</w:t>
      </w:r>
    </w:p>
    <w:p>
      <w:pPr>
        <w:keepNext w:val="0"/>
        <w:spacing w:before="120" w:after="0" w:line="260" w:lineRule="exact"/>
        <w:ind w:left="360" w:right="0" w:firstLine="0"/>
        <w:jc w:val="left"/>
      </w:pPr>
      <w:r>
        <w:rPr>
          <w:rFonts w:ascii="Times New Roman" w:hAnsi="Times New Roman" w:eastAsia="Times New Roman" w:cs="Times New Roman"/>
          <w:b w:val="0"/>
          <w:sz w:val="24"/>
        </w:rPr>
        <w:t>Dated: this [day]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(signature of declarant)</w:t>
      </w:r>
    </w:p>
    <w:p>
      <w:pPr>
        <w:keepNext w:val="0"/>
        <w:spacing w:before="120" w:after="0" w:line="260" w:lineRule="exact"/>
        <w:ind w:left="360" w:right="0" w:firstLine="0"/>
        <w:jc w:val="left"/>
      </w:pPr>
      <w:r>
        <w:rPr>
          <w:rFonts w:ascii="Times New Roman" w:hAnsi="Times New Roman" w:eastAsia="Times New Roman" w:cs="Times New Roman"/>
          <w:b w:val="0"/>
          <w:sz w:val="24"/>
        </w:rPr>
        <w:t>[declarant full name]</w:t>
      </w:r>
    </w:p>
    <w:p>
      <w:pPr>
        <w:keepNext w:val="0"/>
        <w:spacing w:before="120" w:after="0" w:line="260" w:lineRule="exact"/>
        <w:ind w:left="360" w:right="0" w:firstLine="0"/>
        <w:jc w:val="left"/>
      </w:pPr>
      <w:r>
        <w:rPr>
          <w:rFonts w:ascii="Times New Roman" w:hAnsi="Times New Roman" w:eastAsia="Times New Roman" w:cs="Times New Roman"/>
          <w:b w:val="0"/>
          <w:sz w:val="24"/>
        </w:rPr>
        <w:t>Declarant</w:t>
      </w:r>
    </w:p>
    <w:p>
      <w:pPr>
        <w:keepNext w:val="0"/>
        <w:spacing w:before="200" w:after="0" w:line="260" w:lineRule="exact"/>
        <w:ind w:left="360" w:right="0" w:firstLine="0"/>
        <w:jc w:val="both"/>
      </w:pPr>
      <w:r>
        <w:rPr>
          <w:rFonts w:ascii="Times New Roman" w:hAnsi="Times New Roman" w:eastAsia="Times New Roman" w:cs="Times New Roman"/>
          <w:b w:val="0"/>
          <w:sz w:val="24"/>
        </w:rPr>
        <w:t>WITNESSES: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 declare that the above-named individual willingly signed this document in our presence, that this person is personally known to me and that this person appears to be of sound mind and free of duress or undue influence. I am 18 years of age or older and am not designated by this or any other document as this person's health care representative, nor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alternate health care representative.</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(signature of first witness)</w:t>
      </w:r>
    </w:p>
    <w:p>
      <w:pPr>
        <w:keepNext w:val="0"/>
        <w:spacing w:before="120" w:after="0" w:line="260" w:lineRule="exact"/>
        <w:ind w:left="360" w:right="0" w:firstLine="0"/>
        <w:jc w:val="left"/>
      </w:pPr>
      <w:r>
        <w:rPr>
          <w:rFonts w:ascii="Times New Roman" w:hAnsi="Times New Roman" w:eastAsia="Times New Roman" w:cs="Times New Roman"/>
          <w:b w:val="0"/>
          <w:sz w:val="24"/>
        </w:rPr>
        <w:t>[name of first witness], Witness</w:t>
      </w:r>
    </w:p>
    <w:p>
      <w:pPr>
        <w:keepNext w:val="0"/>
        <w:spacing w:before="120" w:after="0" w:line="260" w:lineRule="exact"/>
        <w:ind w:left="360" w:right="0" w:firstLine="0"/>
        <w:jc w:val="left"/>
      </w:pPr>
      <w:r>
        <w:rPr>
          <w:rFonts w:ascii="Times New Roman" w:hAnsi="Times New Roman" w:eastAsia="Times New Roman" w:cs="Times New Roman"/>
          <w:b w:val="0"/>
          <w:sz w:val="24"/>
        </w:rPr>
        <w:t>[address of first witness]</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(signature of second witness)</w:t>
      </w:r>
    </w:p>
    <w:p>
      <w:pPr>
        <w:keepNext w:val="0"/>
        <w:spacing w:before="120" w:after="0" w:line="260" w:lineRule="exact"/>
        <w:ind w:left="360" w:right="0" w:firstLine="0"/>
        <w:jc w:val="left"/>
      </w:pPr>
      <w:r>
        <w:rPr>
          <w:rFonts w:ascii="Times New Roman" w:hAnsi="Times New Roman" w:eastAsia="Times New Roman" w:cs="Times New Roman"/>
          <w:b w:val="0"/>
          <w:sz w:val="24"/>
        </w:rPr>
        <w:t>[name of second witness], Witness</w:t>
      </w:r>
    </w:p>
    <w:p>
      <w:pPr>
        <w:keepNext w:val="0"/>
        <w:spacing w:before="120" w:after="0" w:line="260" w:lineRule="exact"/>
        <w:ind w:left="360" w:right="0" w:firstLine="0"/>
        <w:jc w:val="left"/>
      </w:pPr>
      <w:r>
        <w:rPr>
          <w:rFonts w:ascii="Times New Roman" w:hAnsi="Times New Roman" w:eastAsia="Times New Roman" w:cs="Times New Roman"/>
          <w:b w:val="0"/>
          <w:sz w:val="24"/>
        </w:rPr>
        <w:t>[address of second witness]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