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APPOINTMENT OF HEALTH CARE REPRESENTATIVE AND ADVANCE DIRECTIVE</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r>
        <w:rPr>
          <w:rFonts w:ascii="Times New Roman" w:hAnsi="Times New Roman" w:eastAsia="Times New Roman" w:cs="Times New Roman"/>
          <w:sz w:val="24"/>
        </w:rPr>
        <w:br/>
      </w:r>
      <w:r>
        <w:rPr>
          <w:rFonts w:ascii="Times New Roman" w:hAnsi="Times New Roman" w:eastAsia="Times New Roman" w:cs="Times New Roman"/>
          <w:b/>
          <w:sz w:val="24"/>
        </w:rPr>
        <w:t>(STATE OF OREGON)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form may be used in Oregon to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make health care decisions for you if you become too sick to speak for yourself. The person is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If you do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health care representative appointment and become too sick to speak for yourself,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will be appointed for you in the order of priority set forth in Or. Rev. Stat. § 127.635(2).</w:t>
      </w:r>
    </w:p>
    <w:p>
      <w:pPr>
        <w:keepNext w:val="0"/>
        <w:spacing w:before="200" w:after="0" w:line="260" w:lineRule="exact"/>
        <w:ind w:left="720" w:right="0" w:firstLine="0"/>
        <w:jc w:val="both"/>
      </w:pPr>
      <w:r>
        <w:rPr>
          <w:rFonts w:ascii="Times New Roman" w:hAnsi="Times New Roman" w:eastAsia="Times New Roman" w:cs="Times New Roman"/>
          <w:b w:val="0"/>
          <w:sz w:val="24"/>
        </w:rPr>
        <w:t>This form also allows you to express your values and beliefs with respect to health care decisions and your preferences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you have completed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appointing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and completed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directive in the past, this new form will replace any older form.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regarding your preferences with respect to placement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care home or mental health facility.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advanced directive contained in this form allows you to document your preferences, but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POLST, as defined in Or. Rev. Stat. § 127.663.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You must sign this form for it to be effective. You must also have it witnessed by two witnesses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Your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representative is not effective until the health care representative accepts the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If your advance directive includes directions regarding the withdrawal of life support or tube feeding, you may revoke your advance directive at any time and in any manner that expresses your desire to revoke it.</w:t>
      </w:r>
    </w:p>
    <w:p>
      <w:pPr>
        <w:keepNext w:val="0"/>
        <w:spacing w:before="200" w:after="0" w:line="260" w:lineRule="exact"/>
        <w:ind w:left="1080" w:right="0" w:firstLine="0"/>
        <w:jc w:val="both"/>
      </w:pPr>
      <w:r>
        <w:rPr>
          <w:rFonts w:ascii="Times New Roman" w:hAnsi="Times New Roman" w:eastAsia="Times New Roman" w:cs="Times New Roman"/>
          <w:b w:val="0"/>
          <w:sz w:val="24"/>
        </w:rPr>
        <w:t>• In all other cases, you may revoke your advance directive at any time and in any manner so long as you are capable of making medical decisions.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About Me.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[full name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[date of birth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[telephone number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[alternate telephone number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[address of principal]</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Information About My Health Care Representative.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 choose the following person as my health care representative to make health care decisions for me if I can't speak for myself.</w:t>
      </w:r>
    </w:p>
    <w:p>
      <w:pPr>
        <w:keepNext w:val="0"/>
        <w:spacing w:before="200" w:after="0" w:line="260" w:lineRule="exact"/>
        <w:ind w:left="360" w:right="0" w:firstLine="0"/>
        <w:jc w:val="both"/>
      </w:pPr>
      <w:r>
        <w:rPr>
          <w:rFonts w:ascii="Times New Roman" w:hAnsi="Times New Roman" w:eastAsia="Times New Roman" w:cs="Times New Roman"/>
          <w:b w:val="0"/>
          <w:sz w:val="24"/>
        </w:rPr>
        <w:t>[full name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[relationship of health care representative to principal]</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[alternate telephone number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[email of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I choose the following people to be my alternate health care representatives if my first choice is not available to make health care decisions for me or if I cancel the first health care representative's appointment.</w:t>
      </w:r>
    </w:p>
    <w:p>
      <w:pPr>
        <w:keepNext w:val="0"/>
        <w:spacing w:before="200" w:after="0" w:line="260" w:lineRule="exact"/>
        <w:ind w:left="360" w:right="0" w:firstLine="0"/>
        <w:jc w:val="both"/>
      </w:pPr>
      <w:r>
        <w:rPr>
          <w:rFonts w:ascii="Times New Roman" w:hAnsi="Times New Roman" w:eastAsia="Times New Roman" w:cs="Times New Roman"/>
          <w:b w:val="0"/>
          <w:sz w:val="24"/>
        </w:rPr>
        <w:t>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[full name of 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[relationship of first alternate health care representative to principal]</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of 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[alternate telephone number of 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[email of first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[full name of 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[relationship to principal of 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[telephone number of 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[alternate telephone number of 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second alternate health care representative]</w:t>
      </w:r>
    </w:p>
    <w:p>
      <w:pPr>
        <w:keepNext w:val="0"/>
        <w:spacing w:before="200" w:after="0" w:line="260" w:lineRule="exact"/>
        <w:ind w:left="360" w:right="0" w:firstLine="0"/>
        <w:jc w:val="both"/>
      </w:pPr>
      <w:r>
        <w:rPr>
          <w:rFonts w:ascii="Times New Roman" w:hAnsi="Times New Roman" w:eastAsia="Times New Roman" w:cs="Times New Roman"/>
          <w:b w:val="0"/>
          <w:sz w:val="24"/>
        </w:rPr>
        <w:t>[email of second alternate health care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Instructions to My Health Care Representative.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you wish to give instructions to your health care representative about your health care decisions, initial one  of the following three statements:</w:t>
      </w:r>
    </w:p>
    <w:p>
      <w:pPr>
        <w:keepNext w:val="0"/>
        <w:spacing w:before="200" w:after="0" w:line="260" w:lineRule="exact"/>
        <w:ind w:left="720" w:right="0" w:firstLine="0"/>
        <w:jc w:val="both"/>
      </w:pPr>
      <w:r>
        <w:rPr>
          <w:rFonts w:ascii="Times New Roman" w:hAnsi="Times New Roman" w:eastAsia="Times New Roman" w:cs="Times New Roman"/>
          <w:b w:val="0"/>
          <w:sz w:val="24"/>
        </w:rPr>
        <w:t>_____ To the extent appropriate, my health care representative must follow my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_____ My instructions are guidelines for my health care representative to consider when making decisions about my care.</w:t>
      </w:r>
    </w:p>
    <w:p>
      <w:pPr>
        <w:keepNext w:val="0"/>
        <w:spacing w:before="200" w:after="0" w:line="260" w:lineRule="exact"/>
        <w:ind w:left="720" w:right="0" w:firstLine="0"/>
        <w:jc w:val="both"/>
      </w:pPr>
      <w:r>
        <w:rPr>
          <w:rFonts w:ascii="Times New Roman" w:hAnsi="Times New Roman" w:eastAsia="Times New Roman" w:cs="Times New Roman"/>
          <w:b w:val="0"/>
          <w:sz w:val="24"/>
        </w:rPr>
        <w:t>_____ Other instructions [detail other instructions,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Directions Regarding My End of Life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In filling out these directions, keep the following in mind:</w:t>
      </w:r>
    </w:p>
    <w:p>
      <w:pPr>
        <w:keepNext w:val="0"/>
        <w:spacing w:before="200" w:after="0" w:line="260" w:lineRule="exact"/>
        <w:ind w:left="720" w:right="0" w:firstLine="0"/>
        <w:jc w:val="both"/>
      </w:pPr>
      <w:r>
        <w:rPr>
          <w:rFonts w:ascii="Times New Roman" w:hAnsi="Times New Roman" w:eastAsia="Times New Roman" w:cs="Times New Roman"/>
          <w:b w:val="0"/>
          <w:sz w:val="24"/>
        </w:rPr>
        <w:t>• The term "as my health care provider recommends" means that you want your health care provider to use life support if your health care provider believes it could be helpful, and that you want your health care provider to discontinue life support if your health care provider believes it is not helping your health condition or symptoms.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"life support" means any medical treatment that maintains life by sustaining, restoring, or replacing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vital function.</w:t>
      </w:r>
    </w:p>
    <w:p>
      <w:pPr>
        <w:keepNext w:val="0"/>
        <w:spacing w:before="200" w:after="0" w:line="260" w:lineRule="exact"/>
        <w:ind w:left="720" w:right="0" w:firstLine="0"/>
        <w:jc w:val="both"/>
      </w:pPr>
      <w:r>
        <w:rPr>
          <w:rFonts w:ascii="Times New Roman" w:hAnsi="Times New Roman" w:eastAsia="Times New Roman" w:cs="Times New Roman"/>
          <w:b w:val="0"/>
          <w:sz w:val="24"/>
        </w:rPr>
        <w:t>• The term "tube feeding" means artificially administered food and water.</w:t>
      </w:r>
    </w:p>
    <w:p>
      <w:pPr>
        <w:keepNext w:val="0"/>
        <w:spacing w:before="200" w:after="0" w:line="260" w:lineRule="exact"/>
        <w:ind w:left="720" w:right="0" w:firstLine="0"/>
        <w:jc w:val="both"/>
      </w:pPr>
      <w:r>
        <w:rPr>
          <w:rFonts w:ascii="Times New Roman" w:hAnsi="Times New Roman" w:eastAsia="Times New Roman" w:cs="Times New Roman"/>
          <w:b w:val="0"/>
          <w:sz w:val="24"/>
        </w:rPr>
        <w:t>• If you refuse tube feeding, you should understand that malnutrition, dehydration and death will probably result.</w:t>
      </w:r>
    </w:p>
    <w:p>
      <w:pPr>
        <w:keepNext w:val="0"/>
        <w:spacing w:before="200" w:after="0" w:line="260" w:lineRule="exact"/>
        <w:ind w:left="720" w:right="0" w:firstLine="0"/>
        <w:jc w:val="both"/>
      </w:pPr>
      <w:r>
        <w:rPr>
          <w:rFonts w:ascii="Times New Roman" w:hAnsi="Times New Roman" w:eastAsia="Times New Roman" w:cs="Times New Roman"/>
          <w:b w:val="0"/>
          <w:sz w:val="24"/>
        </w:rPr>
        <w:t>• You will receive care for your comfort and cleanliness no matter what choices you make.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Regarding End of Life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You may initial the statement below if you agree with it. If you initial the statement you may, but you do not have to, list one or more conditions for which you do not want to receive life support.</w:t>
      </w:r>
    </w:p>
    <w:p>
      <w:pPr>
        <w:keepNext w:val="0"/>
        <w:spacing w:before="200" w:after="0" w:line="260" w:lineRule="exact"/>
        <w:ind w:left="1080" w:right="0" w:firstLine="0"/>
        <w:jc w:val="both"/>
      </w:pPr>
      <w:r>
        <w:rPr>
          <w:rFonts w:ascii="Times New Roman" w:hAnsi="Times New Roman" w:eastAsia="Times New Roman" w:cs="Times New Roman"/>
          <w:b w:val="0"/>
          <w:sz w:val="24"/>
        </w:rPr>
        <w:t>_____ I do not want my life to be prolonged by life support. I also do not want tube feeding as life support. I want my health care provider to allow me to die naturally if my health care provider and another knowledgeable health care provider confirm I am in any of the medical conditions listed below.</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Directions Regarding End of Life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Here are my desires about my health care if my health care provider and another knowledgeable health care provider confirm that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condition described below:</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Close to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close to death and life support would only postpone the moment of my death:</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to receive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tube feeding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any other life support that may apply.</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life support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life support.</w:t>
      </w:r>
    </w:p>
    <w:p>
      <w:pPr>
        <w:keepNext w:val="0"/>
        <w:spacing w:before="120" w:after="0" w:line="260" w:lineRule="exact"/>
        <w:ind w:left="108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Permanently Unconscious.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unconscious and it is very unlikely that I will ever become conscious again:</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to receive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tube feeding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any other life support that may apply.</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life support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life support.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Advanced Progressive Illness.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progressive illness that will be fatal and is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stage, and I am consistently and permanently unable to communicate by any means, swallow food and water safely, care for myself and recognize my family and other people, and it is very unlikely that my condition will substantially improve:</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to receive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tube feeding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any other life support that may apply.</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life support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life support.</w:t>
      </w:r>
    </w:p>
    <w:p>
      <w:pPr>
        <w:keepNext w:val="0"/>
        <w:spacing w:before="120" w:after="0" w:line="260" w:lineRule="exact"/>
        <w:ind w:left="108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Extraordinary Suffering.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life support would not help my medical condition and would make me suffer permanent and severe pain:</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to receive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tube feeding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tube feeding.</w:t>
      </w:r>
    </w:p>
    <w:p>
      <w:pPr>
        <w:keepNext w:val="0"/>
        <w:spacing w:before="200" w:after="0" w:line="260" w:lineRule="exact"/>
        <w:ind w:left="1440" w:right="0" w:firstLine="0"/>
        <w:jc w:val="both"/>
      </w:pPr>
      <w:r>
        <w:rPr>
          <w:rFonts w:ascii="Times New Roman" w:hAnsi="Times New Roman" w:eastAsia="Times New Roman" w:cs="Times New Roman"/>
          <w:b w:val="0"/>
          <w:sz w:val="24"/>
        </w:rPr>
        <w:t>INITIAL ONE:</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any other life support that may apply.</w:t>
      </w:r>
    </w:p>
    <w:p>
      <w:pPr>
        <w:keepNext w:val="0"/>
        <w:spacing w:before="200" w:after="0" w:line="260" w:lineRule="exact"/>
        <w:ind w:left="1440" w:right="0" w:firstLine="0"/>
        <w:jc w:val="both"/>
      </w:pPr>
      <w:r>
        <w:rPr>
          <w:rFonts w:ascii="Times New Roman" w:hAnsi="Times New Roman" w:eastAsia="Times New Roman" w:cs="Times New Roman"/>
          <w:b w:val="0"/>
          <w:sz w:val="24"/>
        </w:rPr>
        <w:t>_____ I want life support only as my health care provider recommends.</w:t>
      </w:r>
    </w:p>
    <w:p>
      <w:pPr>
        <w:keepNext w:val="0"/>
        <w:spacing w:before="200" w:after="0" w:line="260" w:lineRule="exact"/>
        <w:ind w:left="1440" w:right="0" w:firstLine="0"/>
        <w:jc w:val="both"/>
      </w:pPr>
      <w:r>
        <w:rPr>
          <w:rFonts w:ascii="Times New Roman" w:hAnsi="Times New Roman" w:eastAsia="Times New Roman" w:cs="Times New Roman"/>
          <w:b w:val="0"/>
          <w:sz w:val="24"/>
        </w:rPr>
        <w:t>_____ I DO NOT WANT life support.</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Instructions.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may attach to this document any writing or recording of your values and beliefs related to health care decisions. These attachments will serve as guidelines for health care providers. Attachments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what you would like to happen if you are close to death, if you are permanently unconscious, if you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progressive illness or if you are suffering permanent and severe pain.</w:t>
      </w:r>
    </w:p>
    <w:p>
      <w:pPr>
        <w:keepNext w:val="0"/>
        <w:spacing w:before="120" w:after="0" w:line="260" w:lineRule="exact"/>
        <w:ind w:left="360" w:right="0" w:firstLine="0"/>
        <w:jc w:val="left"/>
      </w:pPr>
      <w:r>
        <w:rPr>
          <w:rFonts w:ascii="Times New Roman" w:hAnsi="Times New Roman" w:eastAsia="Times New Roman" w:cs="Times New Roman"/>
          <w:b/>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Date </w:t>
      </w:r>
    </w:p>
    <w:p>
      <w:pPr>
        <w:keepNext w:val="0"/>
        <w:spacing w:before="120" w:after="0" w:line="260" w:lineRule="exact"/>
        <w:ind w:left="360" w:right="0" w:firstLine="0"/>
        <w:jc w:val="left"/>
      </w:pPr>
      <w:r>
        <w:rPr>
          <w:rFonts w:ascii="Times New Roman" w:hAnsi="Times New Roman" w:eastAsia="Times New Roman" w:cs="Times New Roman"/>
          <w:b/>
          <w:sz w:val="24"/>
        </w:rPr>
        <w:t>WITNESS DECLARATION</w:t>
      </w:r>
    </w:p>
    <w:p>
      <w:pPr>
        <w:keepNext w:val="0"/>
        <w:spacing w:before="200" w:after="0" w:line="260" w:lineRule="exact"/>
        <w:ind w:left="720" w:right="0" w:firstLine="0"/>
        <w:jc w:val="both"/>
      </w:pPr>
      <w:r>
        <w:rPr>
          <w:rFonts w:ascii="Times New Roman" w:hAnsi="Times New Roman" w:eastAsia="Times New Roman" w:cs="Times New Roman"/>
          <w:b w:val="0"/>
          <w:sz w:val="24"/>
        </w:rPr>
        <w:t>The person completing this form is personally known to me or has provided proof of identity, has signed or acknowledged the person's signature on the document in my presence and appears to be not under duress and to understand the purpose and effect of this form. In addition, I am not the person's health care representative or alternate health care representative, and I am not the person's attending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Date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Date </w:t>
      </w:r>
    </w:p>
    <w:p>
      <w:pPr>
        <w:keepNext w:val="0"/>
        <w:spacing w:before="120" w:after="0" w:line="260" w:lineRule="exact"/>
        <w:ind w:left="360" w:right="0" w:firstLine="0"/>
        <w:jc w:val="left"/>
      </w:pPr>
      <w:r>
        <w:rPr>
          <w:rFonts w:ascii="Times New Roman" w:hAnsi="Times New Roman" w:eastAsia="Times New Roman" w:cs="Times New Roman"/>
          <w:b/>
          <w:sz w:val="24"/>
        </w:rPr>
        <w:t>ACCEPTANCE BY HEALTH CARE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I accept this appointment and agree to serve as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First alternate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alternate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Second alternate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alternate health care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