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REAL ESTATE PURCHASE CONTRACT ASSIGNMENT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Real Estate Purchase Contract Assignment Agreement (“Agreement”) is made on _________________, 20____, (“Effective Date”) by and between:</w:t>
      </w:r>
    </w:p>
    <w:p>
      <w:pPr/>
    </w:p>
    <w:p>
      <w:pPr/>
      <w:r>
        <w:rPr>
          <w:rFonts w:ascii="Times New Roman" w:hAnsi="Times New Roman" w:eastAsia="Times New Roman" w:cs="Times New Roman"/>
          <w:sz w:val="24"/>
        </w:rPr>
        <w:t>Assignor</w:t>
      </w:r>
      <w:r>
        <w:rPr>
          <w:rFonts w:ascii="Times New Roman" w:hAnsi="Times New Roman" w:eastAsia="Times New Roman" w:cs="Times New Roman"/>
          <w:sz w:val="24"/>
        </w:rPr>
        <w:t>: _________________, (“Assignor”) with a mailing address of __________________________________, hereby transfer and assign to:</w:t>
      </w:r>
    </w:p>
    <w:p>
      <w:pPr/>
    </w:p>
    <w:p>
      <w:pPr/>
      <w:r>
        <w:rPr>
          <w:rFonts w:ascii="Times New Roman" w:hAnsi="Times New Roman" w:eastAsia="Times New Roman" w:cs="Times New Roman"/>
          <w:sz w:val="24"/>
        </w:rPr>
        <w:t>Assignee</w:t>
      </w:r>
      <w:r>
        <w:rPr>
          <w:rFonts w:ascii="Times New Roman" w:hAnsi="Times New Roman" w:eastAsia="Times New Roman" w:cs="Times New Roman"/>
          <w:sz w:val="24"/>
        </w:rPr>
        <w:t>: _________________, (“Assignee”) with a mailing address of __________________________________, that agrees to assume all rights and interest in a purchase contract between the Assignor and:</w:t>
      </w:r>
    </w:p>
    <w:p>
      <w:pPr/>
    </w:p>
    <w:p>
      <w:pPr/>
      <w:r>
        <w:rPr>
          <w:rFonts w:ascii="Times New Roman" w:hAnsi="Times New Roman" w:eastAsia="Times New Roman" w:cs="Times New Roman"/>
          <w:sz w:val="24"/>
        </w:rPr>
        <w:t>Seller</w:t>
      </w:r>
      <w:r>
        <w:rPr>
          <w:rFonts w:ascii="Times New Roman" w:hAnsi="Times New Roman" w:eastAsia="Times New Roman" w:cs="Times New Roman"/>
          <w:sz w:val="24"/>
        </w:rPr>
        <w:t>: _________________, (“Seller”) with a mailing address of __________________________________, for a purchase contract dated on _________________, 20____ (“Assignment”).</w:t>
      </w:r>
    </w:p>
    <w:p>
      <w:pPr/>
    </w:p>
    <w:p>
      <w:pPr/>
      <w:r>
        <w:rPr>
          <w:rFonts w:ascii="Times New Roman" w:hAnsi="Times New Roman" w:eastAsia="Times New Roman" w:cs="Times New Roman"/>
          <w:sz w:val="24"/>
        </w:rPr>
        <w:t>The above-referenced Assignor and Assignee may each be referred to as a “Party” and collectively referred to herein as the “Parties.”</w:t>
      </w:r>
    </w:p>
    <w:p>
      <w:pPr/>
    </w:p>
    <w:p>
      <w:pPr/>
      <w:r>
        <w:rPr>
          <w:rFonts w:ascii="Times New Roman" w:hAnsi="Times New Roman" w:eastAsia="Times New Roman" w:cs="Times New Roman"/>
          <w:b/>
          <w:sz w:val="24"/>
        </w:rPr>
        <w:t>II. THE PROPERTY</w:t>
      </w:r>
      <w:r>
        <w:rPr>
          <w:rFonts w:ascii="Times New Roman" w:hAnsi="Times New Roman" w:eastAsia="Times New Roman" w:cs="Times New Roman"/>
          <w:sz w:val="24"/>
        </w:rPr>
        <w:t>. The Assignment is regarding real property located at the following street address: __________________________________.</w:t>
      </w:r>
    </w:p>
    <w:p>
      <w:pPr/>
    </w:p>
    <w:p>
      <w:pPr/>
      <w:r>
        <w:rPr>
          <w:rFonts w:ascii="Times New Roman" w:hAnsi="Times New Roman" w:eastAsia="Times New Roman" w:cs="Times New Roman"/>
          <w:sz w:val="24"/>
        </w:rPr>
        <w:t>Additional Description: __________________________________.</w:t>
      </w:r>
    </w:p>
    <w:p>
      <w:pPr/>
    </w:p>
    <w:p>
      <w:pPr/>
      <w:r>
        <w:rPr>
          <w:rFonts w:ascii="Times New Roman" w:hAnsi="Times New Roman" w:eastAsia="Times New Roman" w:cs="Times New Roman"/>
          <w:b/>
          <w:sz w:val="24"/>
        </w:rPr>
        <w:t>III. TRANSFER</w:t>
      </w:r>
      <w:r>
        <w:rPr>
          <w:rFonts w:ascii="Times New Roman" w:hAnsi="Times New Roman" w:eastAsia="Times New Roman" w:cs="Times New Roman"/>
          <w:sz w:val="24"/>
        </w:rPr>
        <w:t>. The Parties agree that the Assignor is transferring the Assignment to the Assignee for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Fixed Payment</w:t>
      </w:r>
      <w:r>
        <w:rPr>
          <w:rFonts w:ascii="Times New Roman" w:hAnsi="Times New Roman" w:eastAsia="Times New Roman" w:cs="Times New Roman"/>
          <w:sz w:val="24"/>
        </w:rPr>
        <w:t xml:space="preserve"> of $_________________ (“Payment Amount”). The Assignment is to be transferred in exchange for the Assignee paying the Assignor the Payment Amount within ____ days of the Effective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Payment</w:t>
      </w:r>
      <w:r>
        <w:rPr>
          <w:rFonts w:ascii="Times New Roman" w:hAnsi="Times New Roman" w:eastAsia="Times New Roman" w:cs="Times New Roman"/>
          <w:sz w:val="24"/>
        </w:rPr>
        <w:t>. The Assignor is transferring the Assignment for no payment or compensation. The Assignee’s consideration shall be recognized as the undertaking of any liabilities or obligations in the Assignment.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Gift</w:t>
      </w:r>
      <w:r>
        <w:rPr>
          <w:rFonts w:ascii="Times New Roman" w:hAnsi="Times New Roman" w:eastAsia="Times New Roman" w:cs="Times New Roman"/>
          <w:sz w:val="24"/>
        </w:rPr>
        <w:t>. The Assignor is granting the Assignment as a gift to the Assignee.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_______________________________________________________.</w:t>
      </w:r>
    </w:p>
    <w:p>
      <w:pPr/>
    </w:p>
    <w:p>
      <w:pPr/>
      <w:r>
        <w:rPr>
          <w:rFonts w:ascii="Times New Roman" w:hAnsi="Times New Roman" w:eastAsia="Times New Roman" w:cs="Times New Roman"/>
          <w:b/>
          <w:sz w:val="24"/>
        </w:rPr>
        <w:t>IV. SELLER APPROVAL</w:t>
      </w:r>
      <w:r>
        <w:rPr>
          <w:rFonts w:ascii="Times New Roman" w:hAnsi="Times New Roman" w:eastAsia="Times New Roman" w:cs="Times New Roman"/>
          <w:sz w:val="24"/>
        </w:rPr>
        <w:t>. For this Agreement to be in effect: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It is </w:t>
      </w:r>
      <w:r>
        <w:rPr>
          <w:rFonts w:ascii="Times New Roman" w:hAnsi="Times New Roman" w:eastAsia="Times New Roman" w:cs="Times New Roman"/>
          <w:b/>
          <w:sz w:val="24"/>
        </w:rPr>
        <w:t>REQUIRED</w:t>
      </w:r>
      <w:r>
        <w:rPr>
          <w:rFonts w:ascii="Times New Roman" w:hAnsi="Times New Roman" w:eastAsia="Times New Roman" w:cs="Times New Roman"/>
          <w:sz w:val="24"/>
        </w:rPr>
        <w:t xml:space="preserve"> for the Seller to approve this Agreement within ____ days of the Effective Date. If the Seller does not approve this Agreement or fails to sign, this Agreement, then this Agreement shall be considered void.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It is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for the Seller to approve this Agreement. Upon the execution by both Parties, this Agreement shall be in full force and effect.</w:t>
      </w:r>
    </w:p>
    <w:p>
      <w:pPr/>
    </w:p>
    <w:p>
      <w:pPr/>
      <w:r>
        <w:rPr>
          <w:rFonts w:ascii="Times New Roman" w:hAnsi="Times New Roman" w:eastAsia="Times New Roman" w:cs="Times New Roman"/>
          <w:b/>
          <w:sz w:val="24"/>
        </w:rPr>
        <w:t>V. ASSUMPTION</w:t>
      </w:r>
      <w:r>
        <w:rPr>
          <w:rFonts w:ascii="Times New Roman" w:hAnsi="Times New Roman" w:eastAsia="Times New Roman" w:cs="Times New Roman"/>
          <w:sz w:val="24"/>
        </w:rPr>
        <w:t>. The Assignee acknowledges and agrees to assume the transfer and ownership of all liabilities, obligations, and claims that currently exist or may in the future regarding the Assignment. As of the Effective Date, the Assignee agrees to comply with all terms, make all payments, and perform all the conditions, covenants, and any other duties as part of the Assignment.</w:t>
      </w:r>
    </w:p>
    <w:p>
      <w:pPr/>
    </w:p>
    <w:p>
      <w:pPr/>
      <w:r>
        <w:rPr>
          <w:rFonts w:ascii="Times New Roman" w:hAnsi="Times New Roman" w:eastAsia="Times New Roman" w:cs="Times New Roman"/>
          <w:b/>
          <w:sz w:val="24"/>
        </w:rPr>
        <w:t>VI. PARTIES’ REPRESENTATIONS</w:t>
      </w:r>
      <w:r>
        <w:rPr>
          <w:rFonts w:ascii="Times New Roman" w:hAnsi="Times New Roman" w:eastAsia="Times New Roman" w:cs="Times New Roman"/>
          <w:sz w:val="24"/>
        </w:rPr>
        <w:t>. The Assignee acknowledges that they have a full understanding of the Assignment and the terms of this Agreement. The Assignor further warrants that they own the rights transferred in the Assignment and understand the terms of this Agreement. Both Parties agree to provide and complete any obligations under this Agreement or the Assignment.</w:t>
      </w:r>
    </w:p>
    <w:p>
      <w:pPr/>
    </w:p>
    <w:p>
      <w:pPr/>
      <w:r>
        <w:rPr>
          <w:rFonts w:ascii="Times New Roman" w:hAnsi="Times New Roman" w:eastAsia="Times New Roman" w:cs="Times New Roman"/>
          <w:b/>
          <w:sz w:val="24"/>
        </w:rPr>
        <w:t>VII.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VIII. GOVERNING LAW</w:t>
      </w:r>
      <w:r>
        <w:rPr>
          <w:rFonts w:ascii="Times New Roman" w:hAnsi="Times New Roman" w:eastAsia="Times New Roman" w:cs="Times New Roman"/>
          <w:sz w:val="24"/>
        </w:rPr>
        <w:t>. This Agreement shall be governed under the laws located in the State of _________________.</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IX. WAIVER</w:t>
      </w:r>
      <w:r>
        <w:rPr>
          <w:rFonts w:ascii="Times New Roman" w:hAnsi="Times New Roman" w:eastAsia="Times New Roman" w:cs="Times New Roman"/>
          <w:sz w:val="24"/>
        </w:rPr>
        <w:t>. The failure of either Party to enforce any provision of this Agreement shall not be deemed a waiver or limitation of that Party’s right to subsequently enforce and compel strict compliance with every provision of this Agreement.</w:t>
      </w:r>
    </w:p>
    <w:p>
      <w:pPr/>
    </w:p>
    <w:p>
      <w:pPr/>
      <w:r>
        <w:rPr>
          <w:rFonts w:ascii="Times New Roman" w:hAnsi="Times New Roman" w:eastAsia="Times New Roman" w:cs="Times New Roman"/>
          <w:b/>
          <w:sz w:val="24"/>
        </w:rPr>
        <w:t>X. ADDITIONAL TERMS</w:t>
      </w:r>
      <w:r>
        <w:rPr>
          <w:rFonts w:ascii="Times New Roman" w:hAnsi="Times New Roman" w:eastAsia="Times New Roman" w:cs="Times New Roman"/>
          <w:sz w:val="24"/>
        </w:rPr>
        <w:t>. _________________________________________________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XI. ENTIRE AGREEMENT</w:t>
      </w:r>
      <w:r>
        <w:rPr>
          <w:rFonts w:ascii="Times New Roman" w:hAnsi="Times New Roman" w:eastAsia="Times New Roman" w:cs="Times New Roman"/>
          <w:sz w:val="24"/>
        </w:rPr>
        <w:t>. This Agreement constitutes the entire Agreement between the Parties. No modification or amendment of this Agreement shall be effective unless in writing and signed by both Parties.</w:t>
      </w:r>
    </w:p>
    <w:p>
      <w:pPr/>
    </w:p>
    <w:p>
      <w:pPr/>
    </w:p>
    <w:p>
      <w:pPr/>
      <w:r>
        <w:rPr>
          <w:rFonts w:ascii="Times New Roman" w:hAnsi="Times New Roman" w:eastAsia="Times New Roman" w:cs="Times New Roman"/>
          <w:sz w:val="24"/>
        </w:rPr>
        <w:t xml:space="preserve">Assignor Signature: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sz w:val="24"/>
        </w:rPr>
        <w:t xml:space="preserve">Assignee Signature: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sz w:val="24"/>
        </w:rPr>
        <w:t xml:space="preserve">Seller Signature (if required):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