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SUPERIOR COURT OF THE STATE OF CALIFORNIA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THE COUNTY OF [county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AFFIDAVIT OF [affiant name] IN [SUPPORT OF / OPPOSITION TO] [specify, e.g., DEFENDANT'S MOTION FOR SUMMARY JUDGMENT]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[affiant name], of [address], being duly sworn, state the following: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fact the affiant is testifying to]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the next fact the affiant is testifying to]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affidavit is made on my personal knowledge, and if sworn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witness, I can testify competently to the facts stated above.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 (signature of affiant)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affiant]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ACKNOWLEDGMENT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California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on [date], at [city name], [county name] County, California.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 (signature of notary public)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California, County of [county name].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[expiration 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Notary seal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