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Affidavit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AFFIDAVIT OF [NAME OF AFFIANT]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[name of affiant], being duly sworn, hereby depose and say: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To my knowledge, all of the facts stated in this affidavit are true and correct.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over 18 years of age. I reside at [address]. I am fully competent to make this affidavit and I have personal knowledge of the facts stated in this affidavit.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[additional information about affiant relevant to the underlying filing].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This Affidavit is submitted in support of the instant [underlying application].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[information relevant to the underlying filing].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[Optional Heading]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signed this affidavit on [date] at [city and state].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Affiant]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Subscribed and Sworn to before me this [day] day of [month], [year].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 ____________________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CERTIFICATE OF SERVICE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 hereby certify that on [date],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foregoing Affidavit was served on the following parties by [form of service]: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[Counsel's name]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[Firm name]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[Counsel's name]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[Firm name]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server]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