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[Attorney’s name/bar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[Plaintiff/Defendant]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UNITED STATES DISTRICT COURT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 THE [NAME] DISTRICT OF [STATE]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[NAME] DIVISION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[NAME OF AFFIANT]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duly sworn, hereby depose and say: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18 years of age. I reside at [address]. I am fully competent to make this affidavit and I have personal knowledge of the facts stated in this affidavit.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[additional information about affiant relevant to the underlying filing, such as relationship to party or basis for personal knowledge].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support of [underlying application].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[facts relevant to the underlying filing]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[Optional Heading]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signed this affidavit on [date] at [city and state].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