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THE [NAME OF COURT] COURT OF [NAME OF COUNTY] COUNTY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AFFIDAVIT OF [NAME]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STATE OF GEORGIA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PERSONALLY APPEARED before me,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officer duly authorized by law to administer oaths, [affiant name], who after first being duly sworn, states: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My name is [affiant name], and I am competent in all respects to testify regarding the matters set forth herein.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[information about affiant relevant to how he or she knows the information below (e.g., "I am the attorney for Plaintiff")], and I have personal knowledge of the facts stated herein and know them to be true.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[State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fact the affiant is testifying to.]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[State the next fact the affiant is testifying to.]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/S/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[Affiant's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subscribed before me this _______ day of ______________, 20_______.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[NOTARIAL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