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Affidavit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IN THE CIRCUIT COURT OF THE [CIRCUIT NUMBER] JUDICIAL CIRCUIT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[NAME OF COUNTY] COUNTY, ILLINOIS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AFFIDAVIT OF [NAME] [PURPOSE, SUCH AS “IN SUPPORT OF PLAINTIFF’S SECTION 2-1005 MOTION FOR SUMMARY JUDGMENT”]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I, [name of affiant], being first duly sworn on oath, hereby depose and state: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To my knowledge, all of the facts stated in this affidavit are true and correct.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 am over 18 years of age. I reside at [full address]. I am fully competent to make this affidavit and I have personal knowledge of the facts stated herein, except where those facts are stated on information and belief. If called to testify at the trial of this matter, I could competently testify as to the facts contained in this affidavit.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 am [additional relevant information about affiant, e.g., “the President of XYZ Corporation, the Defendant in this matter”].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This affidavit is submitted in support of the [name of motion, such as “Plaintiff’s Section 2-1005 Motion for Summary Judgment”].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5.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[fact to which affiant is testifying].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6.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[next fact to which affiant is testifying and continue as necessary].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 signed this affidavit on [date] at [city and state].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Affiant]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Signed and sworn to before me,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Notary Public, of [county] County, Illinois, by [name of notary public] this [number] day of [month], [year].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__________________________ 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Notary Public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[notary public’s seal]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