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Affidavit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COMMONWEALTH OF MASSACHUSETTS</w:t>
      </w:r>
    </w:p>
    <w:p>
      <w:pPr>
        <w:spacing w:line="100" w:lineRule="exact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AFFIDAVIT IN SUPPORT OF [TITLE OF MOTION OR PLEADING]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I, [name of affiant], on oath, depose and say: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[List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fact the affiant is testifying to].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[List the next fact the affiant is testifying to].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Signed under the pains and penalties of perjury, on [date].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Affiant]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