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/>
    </w:p>
    <w:p>
      <w:pPr/>
    </w:p>
    <w:p>
      <w:pPr>
        <w:keepNext w:val="0"/>
        <w:spacing w:after="200" w:line="340" w:lineRule="exact"/>
        <w:ind w:left="0" w:right="0" w:firstLine="0"/>
        <w:jc w:val="center"/>
      </w:pPr>
      <w:r>
        <w:rPr>
          <w:rFonts w:ascii="Times New Roman" w:hAnsi="Times New Roman" w:eastAsia="Times New Roman" w:cs="Times New Roman"/>
          <w:b/>
          <w:sz w:val="24"/>
        </w:rPr>
        <w:t xml:space="preserve">Affidavit </w:t>
      </w:r>
    </w:p>
    <w:p>
      <w:pPr>
        <w:keepNext w:val="0"/>
        <w:spacing w:after="0" w:line="240" w:lineRule="exact"/>
        <w:ind w:right="0"/>
        <w:jc w:val="both"/>
      </w:pPr>
    </w:p>
    <w:p>
      <w:pPr>
        <w:spacing w:line="100" w:lineRule="exact"/>
      </w:pPr>
    </w:p>
    <w:p>
      <w:pPr>
        <w:spacing w:line="100" w:lineRule="exact"/>
      </w:pP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I, [name of affiant], [[being duly sworn, hereby depose and say]/ [under penalty of perjury, hereby state]]: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1.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To my knowledge, all of the facts stated in this affidavit are true and correct.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2.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I am over 18 years of age. I reside at [address]. I am fully competent to make this affidavit and I have personal knowledge of the facts stated in this affidavit.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3.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I am [additional information about affiant relevant to the underlying filing].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4.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This Affidavit is submitted in support of the instant [underlying application].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5.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[information relevant to the underlying filing].</w:t>
      </w:r>
    </w:p>
    <w:p>
      <w:pPr/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Dated: ____________________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____________________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[Signature of Affiant]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Subscribed and Sworn to Before me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This [day] day of [month], [year]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_________________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Notary Public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My Commission Expires: [date]</w:t>
      </w:r>
    </w:p>
    <w:p>
      <w:pPr/>
    </w:p>
    <w:p>
      <w:pPr>
        <w:keepNext w:val="0"/>
        <w:spacing w:before="200" w:after="0" w:line="260" w:lineRule="exact"/>
        <w:ind w:left="360" w:right="0" w:firstLine="0"/>
        <w:jc w:val="center"/>
      </w:pPr>
      <w:r>
        <w:rPr>
          <w:rFonts w:ascii="Times New Roman" w:hAnsi="Times New Roman" w:eastAsia="Times New Roman" w:cs="Times New Roman"/>
          <w:b/>
          <w:sz w:val="24"/>
        </w:rPr>
        <w:t>CERTIFICATE OF SERVICE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I hereby certify that on [date],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copy of the foregoing Affidavit was served on the following parties by [form of service]: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[Counsel's name]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[Firm name]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[Address]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[Counsel's name]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[Firm name]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[Address]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____________________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[Name of server]</w:t>
      </w:r>
    </w:p>
    <w:p>
      <w:pPr/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