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&amp; ID #]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[Fax]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STATE OF NEW JERSEY 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of full age, being duly sworn according to law upon [his/her] oath, deposes and says: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fully competent to make this affidavit, and have personal knowledge of the facts stated herein.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[information about the affiant relevant to the underlying filing].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[support/opposition] of the instant [underlying application/pleading].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[Information relevant to the underlying filing].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Location: [City, State]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Certifier]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Subscribed and Sworn to Before me 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[number] day of [month]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Republic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