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Affidavit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 xml:space="preserve">SUPREME COURT OF THE STATE OF NEW YORK </w:t>
      </w:r>
      <w:r>
        <w:rPr>
          <w:rFonts w:ascii="Times New Roman" w:hAnsi="Times New Roman" w:eastAsia="Times New Roman" w:cs="Times New Roman"/>
          <w:b/>
          <w:sz w:val="24"/>
        </w:rPr>
        <w:t>[COUNTY] COUNTY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State of New York </w:t>
      </w:r>
    </w:p>
    <w:p>
      <w:pPr>
        <w:keepNext w:val="0"/>
        <w:spacing w:before="6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undersigned affiant, [name], being duly sworn, hereby deposes and says: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To my knowledge, all of the facts stated in this affidavit are true and correct.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over 18 years of age. I reside at [address]. I am fully competent to make this affidavit and I have personal knowledge of the facts stated in this affidavit.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[information about affiant relevant to the underlying filing].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[As many successively numbered paragraphs as necessary to state the relevant facts you are swearing to be true].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Affiant]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Subscribed and sworn to before me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[number] day of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