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spacing w:line="100" w:lineRule="exact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being duly sworn, hereby depose and say: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my knowledge, all of the facts stated in this affidavit are true and correct.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over 18 years of age. I reside at [address]. I am fully competent to make this affidavit and I have personal knowledge of the facts stated in this affidavit.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[additional information about affiant relevant to the underlying filing].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Affidavit is submitted in support of the instant [underlying application].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[Information relevant to the underlying filing].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[Affiant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[number] day of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Republic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