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COURT OF [NAME OF COURT]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DIVISION] DIVISION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COUNTY] COUNTY, OHIO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[AFFIANT NAME] IN [SUPPORT OF/OPPOSTION TO] [UNDERLYING APPLICATION OR PLEADING, e.g., DEFENDANT’S MOTION FOR SUMMARY JUDGMENT]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of full age, being duly sworn according to law upon [his/her] oath,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fully competent to make this affidavit and have personal knowledge of the facts stated herein.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[information about the affiant relevant to the underlying filing].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[support of / opposition to] the instant [underlying application/pleading].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[Information relevant to the underlying filing.]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Location: [City, 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[month]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