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Affidavit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[Out-of-state attorney name], being duly sworn, deposes and says: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the law firm of [firm name], [street address], [city], [state] [zip code].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am currently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good standing of the bar of the State of [state name]. My certificate of good standing with the [state name] bar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make this Affidavit in support of my motion for admission pro hac vice in the Supreme Court of the State of New York, County of [county name] for purposes of providing legal services to [party name]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More specifically, I seek admission for purposes of participating in all proceedings in this pending litigation, including all motions and discovery, oral argument, and the trial or hearing of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[New York attorney name] is attorney of record for [party name] in the above-referenced matter. During my participation and representation in this matter, I will be associated with [New York attorney name]. Upon information and belief, [New York attorney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good standing of the bar of the State of New York.</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request that my admission pro hac vice be granted for this litigation only and for the duration of the proceeding pending the granting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or judgment.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am familiar with and shall comply with the standards of professional conduct imposed upon attorneys admitted to practice in New York, including the rules of court governing attorney conduct and the Rules of Professional Conduct.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understand that I am subject to the jurisdiction of the New York courts with respect to any acts occurring during my participation and representation in this matter.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[Out-of-state 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[Attach out-of-state attorney's certificate of good standing.]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