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COURT OF COMMON PLEAS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[NAME] COUNTY, PENNSYLVANIA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affiant], being duly [sworn/affirmed] according to law deposes and says that [he/she] is [the plaintiff /defendant / authorized on behalf of the plaintiff/defendant] and that the facts set forth in the foregoing are true and correct [upon personal knowledge / to the best of his/her information and belief].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Affiant]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 of Affiant: 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[date], before me, the undersigned officer, personally appeared [name of person signing affidavit], [known to me / satisfactorily proven] to be the person whose name is subscribed to the within instrument and acknowledge that [he/she] executed the same for the purpose therein contained.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whereof,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 hereunto set my hand and official seal.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official administering oath]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