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 OF [AFFIANT NAME] IN [SUPPORT OF / OPPOSITION TO] [SPECIFY (E.G., PLAINTIFF'S MOTION FOR SUMMARY JUDGMENT)]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the undersigned affiant, [name], of [address], being duly sworn, state the following: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[affiant's connection to litigation,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party, eyewitness, treating physician, expert who investigated incident, etc.]. I am above the age of eighteen (18) years, and I am fully competent to make this affidavit.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facts stated in this affidavit are within my personal knowledge and are true and correct.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[Fact that affiant is testifying to].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[Next fact affiant is testifying to].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(affiant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[Affiant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on [date], to certify which witness my hand and official seal.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[Seal]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 in and for the State of Texas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 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