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Accompanying the Hart-Scott-Rodino Filing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___________________________________________________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ANTITRUST IMPROVEMENTS ACT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NOTIFICATION AND REPORT FORM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AFFIDAVIT REQUIRED BY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16 C.F.R. § 803.5(b)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AFFIDAVIT OF [NAME]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[Name], hereby declare and state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the [Title] of [Company].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 such capacity, I am authorized to execute this affidavit and certify this Premerger Notification and Report Form in compliance with 16 C.F.R. § 803.6(c).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[letter of intent, merger agreement, or purchase and sale agreement], dated [date] has been executed providing for the transaction (as described in Item 3 of the accompanying Premerger Notification and Report Form).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[letter of intent, merger agreement, or purchase and sale agreement] is attached to the Form.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[Company] has the good faith intention to consummate the transaction referred to in the aforementioned Premerger Notification and Report Form.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28 U.S.C. § 1746, I declare under penalty of perjury that the foregoing is true and correct. Executed on [Date].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[Company]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