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Accompanying the Hart-Scott-Rodino Filing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___________________________________________________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ANTITRUST IMPROVEMENTS ACT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NOTIFICATION AND REPORT FORM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AFFIDAVIT REQUIRED BY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16 C.F.R. § 803.5(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>)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AFFIDAVIT OF [NAME]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[Name], hereby declare and state as follows: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the [Title] of [Company].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 such capacity, I am authorized to execute this affidavit.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tender offer (as described in Item 3 of the accompanying Premerger Notification and Report Form) was publicly announced on [Date].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[Company] has the good faith intention to consummate the tender offer described in the attached Notification and Report Form.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On [Date], the attached notice was delivered to [Target], the acquired person, pursuant to 16 C.F.R. § 803.5(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)(1) via [certified or registered mail, by wire or by hand delivery] at its principal executive office, and [Target] received the required notice.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Pursuant to 28 U.S.C. § 1746, I declare under penalty of perjury that the foregoing is true and correct. Executed on [Date].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[Title]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[Company]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