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Affidavit Opposing Adverse Possession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STATE OF TEXAS</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sz w:val="24"/>
        </w:rPr>
        <w:t>Date:</w:t>
      </w:r>
      <w:r>
        <w:rPr>
          <w:rFonts w:ascii="Times New Roman" w:hAnsi="Times New Roman" w:eastAsia="Times New Roman" w:cs="Times New Roman"/>
          <w:b w:val="0"/>
          <w:sz w:val="24"/>
        </w:rPr>
        <w:t xml:space="preserve"> [date]</w:t>
      </w:r>
    </w:p>
    <w:p>
      <w:pPr>
        <w:keepNext w:val="0"/>
        <w:spacing w:before="200" w:after="0" w:line="260" w:lineRule="exact"/>
        <w:ind w:left="360" w:right="0" w:firstLine="0"/>
        <w:jc w:val="both"/>
      </w:pPr>
      <w:r>
        <w:rPr>
          <w:rFonts w:ascii="Times New Roman" w:hAnsi="Times New Roman" w:eastAsia="Times New Roman" w:cs="Times New Roman"/>
          <w:b/>
          <w:sz w:val="24"/>
        </w:rPr>
        <w:t>Affiant:</w:t>
      </w:r>
      <w:r>
        <w:rPr>
          <w:rFonts w:ascii="Times New Roman" w:hAnsi="Times New Roman" w:eastAsia="Times New Roman" w:cs="Times New Roman"/>
          <w:b w:val="0"/>
          <w:sz w:val="24"/>
        </w:rPr>
        <w:t xml:space="preserve">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status,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man],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[entity type, .e.g., limited liability company or limited partnership]</w:t>
      </w:r>
    </w:p>
    <w:p>
      <w:pPr>
        <w:keepNext w:val="0"/>
        <w:spacing w:before="200" w:after="0" w:line="260" w:lineRule="exact"/>
        <w:ind w:left="360" w:right="0" w:firstLine="0"/>
        <w:jc w:val="both"/>
      </w:pPr>
      <w:r>
        <w:rPr>
          <w:rFonts w:ascii="Times New Roman" w:hAnsi="Times New Roman" w:eastAsia="Times New Roman" w:cs="Times New Roman"/>
          <w:b/>
          <w:sz w:val="24"/>
        </w:rPr>
        <w:t>Affiant's Mailing 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[county] County</w:t>
      </w:r>
    </w:p>
    <w:p>
      <w:pPr>
        <w:keepNext w:val="0"/>
        <w:spacing w:before="200" w:after="0" w:line="260" w:lineRule="exact"/>
        <w:ind w:left="360" w:right="0" w:firstLine="0"/>
        <w:jc w:val="both"/>
      </w:pPr>
      <w:r>
        <w:rPr>
          <w:rFonts w:ascii="Times New Roman" w:hAnsi="Times New Roman" w:eastAsia="Times New Roman" w:cs="Times New Roman"/>
          <w:b/>
          <w:sz w:val="24"/>
        </w:rPr>
        <w:t>Property (including any improvements):</w:t>
      </w:r>
      <w:r>
        <w:rPr>
          <w:rFonts w:ascii="Times New Roman" w:hAnsi="Times New Roman" w:eastAsia="Times New Roman" w:cs="Times New Roman"/>
          <w:b w:val="0"/>
          <w:sz w:val="24"/>
        </w:rPr>
        <w:t xml:space="preserve"> That certain real property situated in [county] County, Texas, consisting of [number] acres of real property out of the [survey] Survey, Section [section], Abstract [abstract], as more particularly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attached hereto and incorporated herein by reference, together with all rights, easements, rights of way, privileges, appurtenances, water rights, claims, permits, strips and gores, cooperative, or association memberships, fixtures, equipment, furniture, and all other personal property, located on or about the real property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(herein all of the foregoing is referred to as the "Property").</w:t>
      </w:r>
    </w:p>
    <w:p>
      <w:pPr>
        <w:keepNext w:val="0"/>
        <w:spacing w:before="200" w:after="0" w:line="260" w:lineRule="exact"/>
        <w:ind w:left="360" w:right="0" w:firstLine="0"/>
        <w:jc w:val="both"/>
      </w:pPr>
      <w:r>
        <w:rPr>
          <w:rFonts w:ascii="Times New Roman" w:hAnsi="Times New Roman" w:eastAsia="Times New Roman" w:cs="Times New Roman"/>
          <w:b w:val="0"/>
          <w:sz w:val="24"/>
        </w:rPr>
        <w:t>Before me, the undersigned authority on this day personally appeared [affiant] personally known to me to be the person whose name is subscribed hereto and upon his or her oath deposes and states that the following:</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Affiant is the record title owner of the Property and received fee simple title thereto on [date] (the "Possession Date).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Title to the Property was conveyed to Affiant by that certain warranty deed dated [date] and recorded Volume [volume], Page [page] of the real property records of [county], Texas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undersigned does hereby swear under the penalties of perjury that the foregoing information is true and correct in all respects and the he or she is under no legal disability from making such statements.</w:t>
      </w:r>
    </w:p>
    <w:p>
      <w:pPr/>
    </w:p>
    <w:p>
      <w:pPr>
        <w:keepNext w:val="0"/>
        <w:spacing w:before="120" w:after="0" w:line="260" w:lineRule="exact"/>
        <w:ind w:left="360" w:right="0" w:firstLine="0"/>
        <w:jc w:val="left"/>
      </w:pPr>
      <w:r>
        <w:rPr>
          <w:rFonts w:ascii="Times New Roman" w:hAnsi="Times New Roman" w:eastAsia="Times New Roman" w:cs="Times New Roman"/>
          <w:b/>
          <w:sz w:val="24"/>
        </w:rPr>
        <w:t>AFFIANT:</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affiant]</w:t>
      </w:r>
    </w:p>
    <w:p>
      <w:pPr>
        <w:keepNext w:val="0"/>
        <w:spacing w:before="120" w:after="0" w:line="260" w:lineRule="exact"/>
        <w:ind w:left="360" w:right="0" w:firstLine="0"/>
        <w:jc w:val="left"/>
      </w:pPr>
      <w:r>
        <w:rPr>
          <w:rFonts w:ascii="Times New Roman" w:hAnsi="Times New Roman" w:eastAsia="Times New Roman" w:cs="Times New Roman"/>
          <w:b w:val="0"/>
          <w:sz w:val="24"/>
        </w:rPr>
        <w:t>[name of affiant]</w:t>
      </w:r>
    </w:p>
    <w:p>
      <w:pPr>
        <w:keepNext w:val="0"/>
        <w:spacing w:before="200" w:after="0" w:line="260" w:lineRule="exact"/>
        <w:ind w:left="360" w:right="0" w:firstLine="0"/>
        <w:jc w:val="both"/>
      </w:pPr>
      <w:r>
        <w:rPr>
          <w:rFonts w:ascii="Times New Roman" w:hAnsi="Times New Roman" w:eastAsia="Times New Roman" w:cs="Times New Roman"/>
          <w:b w:val="0"/>
          <w:sz w:val="24"/>
        </w:rPr>
        <w:t>SUBSCRIBED AND SWORN TO before me on [date], by [name of affiant].</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Texas</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