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Affidavit as to Power of Attorney Being In Full Force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AFFIDAVIT AS TO POWER OF ATTORNEY BEING IN FULL FORCE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attorney-in fact], being duly sworn, deposes and says: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THAT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[principal’s name], who resides at [principal’s address], did grant me written authority to act as his/her lawful agent 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power of attorney dated [power of attorney date] (the “Power of Attorney),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which is attached hereto as Exhibit “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”.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THAT</w:t>
      </w:r>
      <w:r>
        <w:rPr>
          <w:rFonts w:ascii="Times New Roman" w:hAnsi="Times New Roman" w:eastAsia="Times New Roman" w:cs="Times New Roman"/>
          <w:b w:val="0"/>
          <w:sz w:val="24"/>
        </w:rPr>
        <w:t>, as agent of principal and under the Power of Attorney, I have executed the following: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[names of applicable documents (the “Documents”)]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THAT</w:t>
      </w:r>
      <w:r>
        <w:rPr>
          <w:rFonts w:ascii="Times New Roman" w:hAnsi="Times New Roman" w:eastAsia="Times New Roman" w:cs="Times New Roman"/>
          <w:b w:val="0"/>
          <w:sz w:val="24"/>
        </w:rPr>
        <w:t>, at the time of executing the Documents, I had no actual knowledge or actual notice of revocation or termination of the Power of Attorney by death of Principal or notice thereof.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THAT</w:t>
      </w:r>
      <w:r>
        <w:rPr>
          <w:rFonts w:ascii="Times New Roman" w:hAnsi="Times New Roman" w:eastAsia="Times New Roman" w:cs="Times New Roman"/>
          <w:b w:val="0"/>
          <w:sz w:val="24"/>
        </w:rPr>
        <w:t>, I hereby represent that Principal is alive and has not revoked or repudiated the Power of Attorney and the Power of Attorney is still in full force and effect.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THAT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 make this affidavit for the purpose of [specific purpose].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agent]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Sworn to me this [day, month, year]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of notary]</w:t>
      </w:r>
    </w:p>
    <w:p>
      <w:pPr/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EXHIBIT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/>
          <w:sz w:val="24"/>
        </w:rPr>
        <w:t>[Attach Power of Attorney]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