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AFFIDAVIT OF CHARACTER</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[AFFIANT NAME]</w:t>
      </w:r>
      <w:r>
        <w:rPr>
          <w:rFonts w:ascii="Times New Roman" w:hAnsi="Times New Roman" w:eastAsia="Times New Roman" w:cs="Times New Roman"/>
          <w:sz w:val="24"/>
        </w:rPr>
        <w:t xml:space="preserve"> (“Affiant”),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employed at </w:t>
      </w:r>
      <w:r>
        <w:rPr>
          <w:rFonts w:ascii="Times New Roman" w:hAnsi="Times New Roman" w:eastAsia="Times New Roman" w:cs="Times New Roman"/>
          <w:sz w:val="24"/>
        </w:rPr>
        <w:t>[PLACE OF WORK]</w:t>
      </w:r>
      <w:r>
        <w:rPr>
          <w:rFonts w:ascii="Times New Roman" w:hAnsi="Times New Roman" w:eastAsia="Times New Roman" w:cs="Times New Roman"/>
          <w:sz w:val="24"/>
        </w:rPr>
        <w:t xml:space="preserve"> as </w:t>
      </w:r>
      <w:r>
        <w:rPr>
          <w:rFonts w:ascii="Times New Roman" w:hAnsi="Times New Roman" w:eastAsia="Times New Roman" w:cs="Times New Roman"/>
          <w:sz w:val="24"/>
        </w:rPr>
        <w:t>[OCCUPATION]</w:t>
      </w:r>
      <w:r>
        <w:rPr>
          <w:rFonts w:ascii="Times New Roman" w:hAnsi="Times New Roman" w:eastAsia="Times New Roman" w:cs="Times New Roman"/>
          <w:sz w:val="24"/>
        </w:rPr>
        <w:t>, being duly sworn, hereby swear under oath that:</w:t>
      </w:r>
    </w:p>
    <w:p>
      <w:pPr/>
    </w:p>
    <w:p>
      <w:pPr/>
      <w:r>
        <w:rPr>
          <w:rFonts w:ascii="Times New Roman" w:hAnsi="Times New Roman" w:eastAsia="Times New Roman" w:cs="Times New Roman"/>
          <w:sz w:val="24"/>
        </w:rPr>
        <w:t xml:space="preserve">I have been acquainted with </w:t>
      </w:r>
      <w:r>
        <w:rPr>
          <w:rFonts w:ascii="Times New Roman" w:hAnsi="Times New Roman" w:eastAsia="Times New Roman" w:cs="Times New Roman"/>
          <w:sz w:val="24"/>
        </w:rPr>
        <w:t>[INDIVIDUAL'S NAME]</w:t>
      </w:r>
      <w:r>
        <w:rPr>
          <w:rFonts w:ascii="Times New Roman" w:hAnsi="Times New Roman" w:eastAsia="Times New Roman" w:cs="Times New Roman"/>
          <w:sz w:val="24"/>
        </w:rPr>
        <w:t xml:space="preserve"> for </w:t>
      </w:r>
      <w:r>
        <w:rPr>
          <w:rFonts w:ascii="Times New Roman" w:hAnsi="Times New Roman" w:eastAsia="Times New Roman" w:cs="Times New Roman"/>
          <w:sz w:val="24"/>
        </w:rPr>
        <w:t>[LENGTH OF TIME]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I know </w:t>
      </w:r>
      <w:r>
        <w:rPr>
          <w:rFonts w:ascii="Times New Roman" w:hAnsi="Times New Roman" w:eastAsia="Times New Roman" w:cs="Times New Roman"/>
          <w:sz w:val="24"/>
        </w:rPr>
        <w:t>[INDIVIDUAL'S NAME]</w:t>
      </w:r>
      <w:r>
        <w:rPr>
          <w:rFonts w:ascii="Times New Roman" w:hAnsi="Times New Roman" w:eastAsia="Times New Roman" w:cs="Times New Roman"/>
          <w:sz w:val="24"/>
        </w:rPr>
        <w:t xml:space="preserve"> to be of good moral character; and</w:t>
      </w:r>
    </w:p>
    <w:p>
      <w:pPr/>
    </w:p>
    <w:p>
      <w:pPr/>
      <w:r>
        <w:rPr>
          <w:rFonts w:ascii="Times New Roman" w:hAnsi="Times New Roman" w:eastAsia="Times New Roman" w:cs="Times New Roman"/>
          <w:sz w:val="24"/>
        </w:rPr>
        <w:t xml:space="preserve">I have personally observed, through experience as </w:t>
      </w:r>
      <w:r>
        <w:rPr>
          <w:rFonts w:ascii="Times New Roman" w:hAnsi="Times New Roman" w:eastAsia="Times New Roman" w:cs="Times New Roman"/>
          <w:sz w:val="24"/>
        </w:rPr>
        <w:t>[INDIVIDUAL'S NAME]</w:t>
      </w:r>
      <w:r>
        <w:rPr>
          <w:rFonts w:ascii="Times New Roman" w:hAnsi="Times New Roman" w:eastAsia="Times New Roman" w:cs="Times New Roman"/>
          <w:sz w:val="24"/>
        </w:rPr>
        <w:t xml:space="preserve">’s </w:t>
      </w:r>
      <w:r>
        <w:rPr>
          <w:rFonts w:ascii="Times New Roman" w:hAnsi="Times New Roman" w:eastAsia="Times New Roman" w:cs="Times New Roman"/>
          <w:sz w:val="24"/>
        </w:rPr>
        <w:t>[RELATIONSHIP TO INDIVIDUAL]</w:t>
      </w:r>
      <w:r>
        <w:rPr>
          <w:rFonts w:ascii="Times New Roman" w:hAnsi="Times New Roman" w:eastAsia="Times New Roman" w:cs="Times New Roman"/>
          <w:sz w:val="24"/>
        </w:rPr>
        <w:t xml:space="preserve">, that they are </w:t>
      </w:r>
      <w:r>
        <w:rPr>
          <w:rFonts w:ascii="Times New Roman" w:hAnsi="Times New Roman" w:eastAsia="Times New Roman" w:cs="Times New Roman"/>
          <w:sz w:val="24"/>
        </w:rPr>
        <w:t>[LIST GOOD QUALTIES, E.G., RESPECTED IN THE COMMUNITY]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[OPTIONAL ADDITIONAL COMMENTS]</w:t>
      </w:r>
    </w:p>
    <w:p>
      <w:pPr/>
    </w:p>
    <w:p>
      <w:pPr/>
      <w:r>
        <w:rPr>
          <w:rFonts w:ascii="Times New Roman" w:hAnsi="Times New Roman" w:eastAsia="Times New Roman" w:cs="Times New Roman"/>
          <w:sz w:val="24"/>
        </w:rPr>
        <w:t>Under penalty of perjury, I hereby declare and affirm that the above-mentioned statement is, to the best of my knowledge, true and correct.</w:t>
      </w:r>
    </w:p>
    <w:p>
      <w:pPr/>
    </w:p>
    <w:p>
      <w:pPr/>
    </w:p>
    <w:p>
      <w:pPr/>
      <w:r>
        <w:rPr>
          <w:rFonts w:ascii="Times New Roman" w:hAnsi="Times New Roman" w:eastAsia="Times New Roman" w:cs="Times New Roman"/>
          <w:sz w:val="24"/>
        </w:rPr>
        <w:t xml:space="preserve">Affiant’s 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 xml:space="preserve"> Date: _____________</w:t>
      </w:r>
    </w:p>
    <w:p>
      <w:pPr/>
    </w:p>
    <w:p>
      <w:pPr>
        <w:jc w:val="center"/>
      </w:pPr>
      <w:r>
        <w:rPr>
          <w:rFonts w:ascii="Times New Roman" w:hAnsi="Times New Roman" w:eastAsia="Times New Roman" w:cs="Times New Roman"/>
          <w:b/>
          <w:sz w:val="24"/>
        </w:rPr>
        <w:t>NOTARY ACKNOWLEDGEMENT</w:t>
      </w:r>
    </w:p>
    <w:p>
      <w:pPr>
        <w:jc w:val="center"/>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before me, </w:t>
      </w:r>
      <w:r>
        <w:rPr>
          <w:rFonts w:ascii="Times New Roman" w:hAnsi="Times New Roman" w:eastAsia="Times New Roman" w:cs="Times New Roman"/>
          <w:sz w:val="24"/>
        </w:rPr>
        <w:t>[NOTARY'S NAME]</w:t>
      </w:r>
      <w:r>
        <w:rPr>
          <w:rFonts w:ascii="Times New Roman" w:hAnsi="Times New Roman" w:eastAsia="Times New Roman" w:cs="Times New Roman"/>
          <w:sz w:val="24"/>
        </w:rPr>
        <w:t xml:space="preserve">, personally appeared </w:t>
      </w:r>
      <w:r>
        <w:rPr>
          <w:rFonts w:ascii="Times New Roman" w:hAnsi="Times New Roman" w:eastAsia="Times New Roman" w:cs="Times New Roman"/>
          <w:sz w:val="24"/>
        </w:rPr>
        <w:t>[AFFIANT'S NAME]</w:t>
      </w:r>
      <w:r>
        <w:rPr>
          <w:rFonts w:ascii="Times New Roman" w:hAnsi="Times New Roman" w:eastAsia="Times New Roman" w:cs="Times New Roman"/>
          <w:sz w:val="24"/>
        </w:rPr>
        <w:t xml:space="preserve"> who proved to me on the basis of satisfactory evidence to be the person whose name is subscribed to the within instrument and acknowledged to me that they executed the same in their authorized capacity, and that by their signature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the foregoing paragraph is true and correct. </w:t>
      </w:r>
    </w:p>
    <w:p>
      <w:pPr/>
    </w:p>
    <w:p>
      <w:pPr/>
      <w:r>
        <w:rPr>
          <w:rFonts w:ascii="Times New Roman" w:hAnsi="Times New Roman" w:eastAsia="Times New Roman" w:cs="Times New Roman"/>
          <w:sz w:val="24"/>
        </w:rPr>
        <w:t xml:space="preserve">WITNESS my hand and official seal. </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ab/>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