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Completeness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CIRCUIT COURT OF THE [CIRCUIT NUMBER] JUDICIAL CIRCUIT [NAME OF COUNTY] COUNTY, ILLINOIS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COMPLETENESS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first duly sworn on oath, hereby depose and state: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[Party designation, such as “Plaintiff”] [party name] hereby certifies that its production of documents in response to [discovery request name, such as “Defendant’s First Set of Requests for Production of Documents”] is complete.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Specifically, [party designation] [party name] further states that, to the best of its knowledge, its production to date includes true and correct copies of any and all responsive documents in its possession or control.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[Party designation] [party name] reserves the right to seasonably supplement its response(s) to the extent that any documents, objects, or tangible things subsequently come into [party designation]’s possession or control or otherwise become known to [party designation].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signed this affidavit on [date] at [city and 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Signed and sworn to before 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Public, of [county] County, Illinois, by [name of notary public] this [number]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public’s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