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Corporate Officer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[state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[name], being duly sworn on oath, deposes and says: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 [he/she] is the [Secretary/title of corporate officer] of [name of Company],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corporation organized and existing under the laws of the State of [jurisdiction of organization].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That all of the required licenses, permits, accreditations and agreements required for the operation of the [name of Company]’s business have been obtained and are in full force and effect.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