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AFFIDAVIT OF CORRECTION</w:t>
      </w:r>
    </w:p>
    <w:p>
      <w:pPr>
        <w:jc w:val="center"/>
      </w:pPr>
      <w:r>
        <w:rPr>
          <w:rFonts w:ascii="Times New Roman" w:hAnsi="Times New Roman" w:eastAsia="Times New Roman" w:cs="Times New Roman"/>
          <w:sz w:val="24"/>
        </w:rPr>
        <w:t>(SWORN STATEMENT)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To Whom It May Concern:</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[AFFIANT'S NAME]</w:t>
      </w:r>
      <w:r>
        <w:rPr>
          <w:rFonts w:ascii="Times New Roman" w:hAnsi="Times New Roman" w:eastAsia="Times New Roman" w:cs="Times New Roman"/>
          <w:sz w:val="24"/>
        </w:rPr>
        <w:t xml:space="preserve"> (“Affiant”), hereby declare and acknowledge that this Affidavit is for the purpose of correcting an error located on the following document:</w:t>
      </w:r>
    </w:p>
    <w:p>
      <w:pPr/>
    </w:p>
    <w:p>
      <w:pPr/>
      <w:r>
        <w:rPr>
          <w:rFonts w:ascii="Times New Roman" w:hAnsi="Times New Roman" w:eastAsia="Times New Roman" w:cs="Times New Roman"/>
          <w:sz w:val="24"/>
        </w:rPr>
        <w:t xml:space="preserve">Title: </w:t>
      </w:r>
      <w:r>
        <w:rPr>
          <w:rFonts w:ascii="Times New Roman" w:hAnsi="Times New Roman" w:eastAsia="Times New Roman" w:cs="Times New Roman"/>
          <w:sz w:val="24"/>
        </w:rPr>
        <w:t>[DOCUMENT TITLE]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[DOCUMENT DATE]</w:t>
      </w:r>
    </w:p>
    <w:p>
      <w:pPr/>
    </w:p>
    <w:p>
      <w:pPr/>
      <w:r>
        <w:rPr>
          <w:rFonts w:ascii="Times New Roman" w:hAnsi="Times New Roman" w:eastAsia="Times New Roman" w:cs="Times New Roman"/>
          <w:sz w:val="24"/>
        </w:rPr>
        <w:t xml:space="preserve">Description of Error: </w:t>
      </w:r>
      <w:r>
        <w:rPr>
          <w:rFonts w:ascii="Times New Roman" w:hAnsi="Times New Roman" w:eastAsia="Times New Roman" w:cs="Times New Roman"/>
          <w:sz w:val="24"/>
        </w:rPr>
        <w:t>[ERROR DESCRIPTION]</w:t>
      </w:r>
    </w:p>
    <w:p>
      <w:pPr/>
    </w:p>
    <w:p>
      <w:pPr/>
      <w:r>
        <w:rPr>
          <w:rFonts w:ascii="Times New Roman" w:hAnsi="Times New Roman" w:eastAsia="Times New Roman" w:cs="Times New Roman"/>
          <w:sz w:val="24"/>
        </w:rPr>
        <w:t xml:space="preserve">Description of Correction: </w:t>
      </w:r>
      <w:r>
        <w:rPr>
          <w:rFonts w:ascii="Times New Roman" w:hAnsi="Times New Roman" w:eastAsia="Times New Roman" w:cs="Times New Roman"/>
          <w:sz w:val="24"/>
        </w:rPr>
        <w:t>[CORRECTION DESCRIPTION]</w:t>
      </w:r>
    </w:p>
    <w:p>
      <w:pPr/>
    </w:p>
    <w:p>
      <w:pPr/>
      <w:r>
        <w:rPr>
          <w:rFonts w:ascii="Times New Roman" w:hAnsi="Times New Roman" w:eastAsia="Times New Roman" w:cs="Times New Roman"/>
          <w:sz w:val="24"/>
        </w:rPr>
        <w:t>Under penalty of perjury, I hereby declare and affirm that the above-mentioned statement is, to the best of my knowledge, true and correct.</w:t>
      </w:r>
    </w:p>
    <w:p>
      <w:pPr/>
    </w:p>
    <w:p>
      <w:pPr/>
    </w:p>
    <w:p>
      <w:pPr/>
      <w:r>
        <w:rPr>
          <w:rFonts w:ascii="Times New Roman" w:hAnsi="Times New Roman" w:eastAsia="Times New Roman" w:cs="Times New Roman"/>
          <w:sz w:val="24"/>
        </w:rPr>
        <w:t xml:space="preserve">Affiant’s Signature: </w:t>
      </w:r>
      <w:r>
        <w:rPr>
          <w:rFonts w:ascii="Times New Roman" w:hAnsi="Times New Roman" w:eastAsia="Times New Roman" w:cs="Times New Roman"/>
          <w:sz w:val="24"/>
        </w:rPr>
        <w:t>_______________________</w:t>
      </w:r>
      <w:r>
        <w:rPr>
          <w:rFonts w:ascii="Times New Roman" w:hAnsi="Times New Roman" w:eastAsia="Times New Roman" w:cs="Times New Roman"/>
          <w:sz w:val="24"/>
        </w:rPr>
        <w:t xml:space="preserve"> Date: _____________</w:t>
      </w:r>
    </w:p>
    <w:p>
      <w:pPr/>
    </w:p>
    <w:p>
      <w:pPr>
        <w:jc w:val="center"/>
      </w:pPr>
      <w:r>
        <w:rPr>
          <w:rFonts w:ascii="Times New Roman" w:hAnsi="Times New Roman" w:eastAsia="Times New Roman" w:cs="Times New Roman"/>
          <w:b/>
          <w:sz w:val="24"/>
        </w:rPr>
        <w:t>NOTARY ACKNOWLEDGEMENT</w:t>
      </w:r>
    </w:p>
    <w:p>
      <w:pPr>
        <w:jc w:val="center"/>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before me, </w:t>
      </w:r>
      <w:r>
        <w:rPr>
          <w:rFonts w:ascii="Times New Roman" w:hAnsi="Times New Roman" w:eastAsia="Times New Roman" w:cs="Times New Roman"/>
          <w:sz w:val="24"/>
        </w:rPr>
        <w:t>[NOTARY'S NAME]</w:t>
      </w:r>
      <w:r>
        <w:rPr>
          <w:rFonts w:ascii="Times New Roman" w:hAnsi="Times New Roman" w:eastAsia="Times New Roman" w:cs="Times New Roman"/>
          <w:sz w:val="24"/>
        </w:rPr>
        <w:t xml:space="preserve">, personally appeared </w:t>
      </w:r>
      <w:r>
        <w:rPr>
          <w:rFonts w:ascii="Times New Roman" w:hAnsi="Times New Roman" w:eastAsia="Times New Roman" w:cs="Times New Roman"/>
          <w:sz w:val="24"/>
        </w:rPr>
        <w:t>[AFFIANT'S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who proved to me on the basis of satisfactory evidence to be the person whose name is subscribed to the within instrument and acknowledged to me that they executed the same in their authorized capacity, and that by their signature on the instrument the person(s), or the entity upon behalf of which the person(s)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that the foregoing paragraph is true and correct. </w:t>
      </w:r>
    </w:p>
    <w:p>
      <w:pPr/>
    </w:p>
    <w:p>
      <w:pPr/>
      <w:r>
        <w:rPr>
          <w:rFonts w:ascii="Times New Roman" w:hAnsi="Times New Roman" w:eastAsia="Times New Roman" w:cs="Times New Roman"/>
          <w:sz w:val="24"/>
        </w:rPr>
        <w:t xml:space="preserve">WITNESS my hand and official seal. </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ab/>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