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of Damages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IN THE COUNTY COURT, IN AND FOR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 of county] COUNTY, FLORIDA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landlord]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Plaintiff,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tenant]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Defendant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CASE NO. [case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BEFORE ME, the undersigned authority, personally appeared [name] who being first duly sworn, states as follows: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_____ the Plaintiff or _____ the Plaintiff's agent (check appropriate response) in this case and am authorized to make this affidavit.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affidavit is based on my own personal knowledge.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Defendant has possession of the property which is the subject of this eviction under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agreement to pay rent of $ [rental amount] per [week / month / other payment period].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4. 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Defendant has not paid the rent due since [date of payment the tenant failed to make].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Defendant owes Plaintiff $ [past due rent amount] as alleged in the Complaint plus interest.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Defendant owes Plaintiff $ [amount of other damages] as alleged in the Complaint plus interest.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Sworn and subscribed before me on ____________________, by [name], who _____ is personally known to me/ _____ produced [document] as identification and who took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oath.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PUBLIC-STATE OF FLORIDA</w:t>
      </w:r>
    </w:p>
    <w:p>
      <w:pPr>
        <w:keepNext w:val="0"/>
        <w:spacing w:before="200" w:after="0" w:line="260" w:lineRule="exact"/>
        <w:ind w:left="72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>
        <w:keepNext w:val="0"/>
        <w:spacing w:before="200" w:after="0" w:line="260" w:lineRule="exact"/>
        <w:ind w:left="72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Commission No. ____________________</w:t>
      </w:r>
    </w:p>
    <w:p>
      <w:pPr>
        <w:keepNext w:val="0"/>
        <w:spacing w:before="200" w:after="0" w:line="260" w:lineRule="exact"/>
        <w:ind w:left="72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CERTIFY that I _____ mailed, _____ faxed and mailed, or _____ hand delivered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this motion and attached affidavit to the Defendant at [address at which Tenant was served and fax number if sent by fax].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