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AFFIDAVIT OF DOMESTIC PARTNERSHIP</w:t>
      </w:r>
    </w:p>
    <w:p>
      <w:pPr>
        <w:jc w:val="center"/>
      </w:pPr>
    </w:p>
    <w:p>
      <w:pPr/>
    </w:p>
    <w:p>
      <w:pPr/>
      <w:r>
        <w:rPr>
          <w:rFonts w:ascii="Times New Roman" w:hAnsi="Times New Roman" w:eastAsia="Times New Roman" w:cs="Times New Roman"/>
          <w:b/>
          <w:sz w:val="24"/>
        </w:rPr>
        <w:t>I. THE PARTNERS</w:t>
      </w:r>
    </w:p>
    <w:p>
      <w:pPr/>
    </w:p>
    <w:p>
      <w:pPr/>
      <w:r>
        <w:rPr>
          <w:rFonts w:ascii="Times New Roman" w:hAnsi="Times New Roman" w:eastAsia="Times New Roman" w:cs="Times New Roman"/>
          <w:sz w:val="24"/>
        </w:rPr>
        <w:t>On __________________, 20____, this Affidavit (“Affidavit”) declares the following individuals to be considered in a Domestic Partnership:</w:t>
      </w:r>
    </w:p>
    <w:p>
      <w:pPr/>
    </w:p>
    <w:p>
      <w:pPr/>
      <w:r>
        <w:rPr>
          <w:rFonts w:ascii="Times New Roman" w:hAnsi="Times New Roman" w:eastAsia="Times New Roman" w:cs="Times New Roman"/>
          <w:sz w:val="24"/>
        </w:rPr>
        <w:t>Partner 1: __________________, and</w:t>
      </w:r>
    </w:p>
    <w:p>
      <w:pPr/>
    </w:p>
    <w:p>
      <w:pPr/>
      <w:r>
        <w:rPr>
          <w:rFonts w:ascii="Times New Roman" w:hAnsi="Times New Roman" w:eastAsia="Times New Roman" w:cs="Times New Roman"/>
          <w:sz w:val="24"/>
        </w:rPr>
        <w:t>Partner 2: __________________.</w:t>
      </w:r>
    </w:p>
    <w:p>
      <w:pPr/>
    </w:p>
    <w:p>
      <w:pPr/>
      <w:r>
        <w:rPr>
          <w:rFonts w:ascii="Times New Roman" w:hAnsi="Times New Roman" w:eastAsia="Times New Roman" w:cs="Times New Roman"/>
          <w:sz w:val="24"/>
        </w:rPr>
        <w:t>Partner 1 and Partner 2 shall be referred to as the “Couple” and declare to be domestic partners in accordance with the following criteria:</w:t>
      </w:r>
    </w:p>
    <w:p>
      <w:pPr/>
    </w:p>
    <w:p>
      <w:pPr/>
      <w:r>
        <w:rPr>
          <w:rFonts w:ascii="Times New Roman" w:hAnsi="Times New Roman" w:eastAsia="Times New Roman" w:cs="Times New Roman"/>
          <w:b/>
          <w:sz w:val="24"/>
        </w:rPr>
        <w:t>II.  DECLARATION</w:t>
      </w:r>
    </w:p>
    <w:p>
      <w:pPr/>
    </w:p>
    <w:p>
      <w:pPr/>
      <w:r>
        <w:rPr>
          <w:rFonts w:ascii="Times New Roman" w:hAnsi="Times New Roman" w:eastAsia="Times New Roman" w:cs="Times New Roman"/>
          <w:sz w:val="24"/>
        </w:rPr>
        <w:t>We, the Couple, affirm that this domestic partnership began on or about __________________, 20____, and acknowledge the following to be true and correct:</w:t>
      </w:r>
    </w:p>
    <w:p>
      <w:pPr/>
    </w:p>
    <w:p>
      <w:pPr/>
      <w:r>
        <w:rPr>
          <w:rFonts w:ascii="Times New Roman" w:hAnsi="Times New Roman" w:eastAsia="Times New Roman" w:cs="Times New Roman"/>
          <w:sz w:val="24"/>
        </w:rPr>
        <w:t>We are both at least eighteen (18) years of age and mentally competent to consent;</w:t>
      </w:r>
    </w:p>
    <w:p>
      <w:pPr/>
      <w:r>
        <w:rPr>
          <w:rFonts w:ascii="Times New Roman" w:hAnsi="Times New Roman" w:eastAsia="Times New Roman" w:cs="Times New Roman"/>
          <w:sz w:val="24"/>
        </w:rPr>
        <w:t>We are not related by blood to a degree of closeness that would prohibit legal marriage in the State in which we legally reside;</w:t>
      </w:r>
    </w:p>
    <w:p>
      <w:pPr/>
      <w:r>
        <w:rPr>
          <w:rFonts w:ascii="Times New Roman" w:hAnsi="Times New Roman" w:eastAsia="Times New Roman" w:cs="Times New Roman"/>
          <w:sz w:val="24"/>
        </w:rPr>
        <w:t>We are each other’s sole domestic partner, and we intend to remain so indefinitely;</w:t>
      </w:r>
    </w:p>
    <w:p>
      <w:pPr/>
      <w:r>
        <w:rPr>
          <w:rFonts w:ascii="Times New Roman" w:hAnsi="Times New Roman" w:eastAsia="Times New Roman" w:cs="Times New Roman"/>
          <w:sz w:val="24"/>
        </w:rPr>
        <w:t>Neither of us is legally married to or legally separated from anyone else not have had another domestic partner within the prior six (6) months;</w:t>
      </w:r>
    </w:p>
    <w:p>
      <w:pPr/>
      <w:r>
        <w:rPr>
          <w:rFonts w:ascii="Times New Roman" w:hAnsi="Times New Roman" w:eastAsia="Times New Roman" w:cs="Times New Roman"/>
          <w:sz w:val="24"/>
        </w:rPr>
        <w:t>We cohabit and reside together in the same residence and intend to do so indefinitely. We have resided in the same household for at least six (6) months or the legally required time period;</w:t>
      </w:r>
    </w:p>
    <w:p>
      <w:pPr/>
      <w:r>
        <w:rPr>
          <w:rFonts w:ascii="Times New Roman" w:hAnsi="Times New Roman" w:eastAsia="Times New Roman" w:cs="Times New Roman"/>
          <w:sz w:val="24"/>
        </w:rPr>
        <w:t>We are not in this relationship solely for the purpose of obtaining benefits coverage; and</w:t>
      </w:r>
    </w:p>
    <w:p>
      <w:pPr/>
      <w:r>
        <w:rPr>
          <w:rFonts w:ascii="Times New Roman" w:hAnsi="Times New Roman" w:eastAsia="Times New Roman" w:cs="Times New Roman"/>
          <w:sz w:val="24"/>
        </w:rPr>
        <w:t>We are engaged in a committed relationship of mutual caring and support and are jointly responsible for our common welfare and living expenses. Our interdependence is demonstrated by having any of the following:</w:t>
      </w:r>
    </w:p>
    <w:p>
      <w:pPr/>
      <w:r>
        <w:rPr>
          <w:rFonts w:ascii="Times New Roman" w:hAnsi="Times New Roman" w:eastAsia="Times New Roman" w:cs="Times New Roman"/>
          <w:sz w:val="24"/>
        </w:rPr>
        <w:t>Common ownership of real property (joint deed or mortgage agreement) or a common leasehold interest in property;</w:t>
      </w:r>
    </w:p>
    <w:p>
      <w:pPr/>
      <w:r>
        <w:rPr>
          <w:rFonts w:ascii="Times New Roman" w:hAnsi="Times New Roman" w:eastAsia="Times New Roman" w:cs="Times New Roman"/>
          <w:sz w:val="24"/>
        </w:rPr>
        <w:t>Common ownership of a motor vehicle;</w:t>
      </w:r>
    </w:p>
    <w:p>
      <w:pPr/>
      <w:r>
        <w:rPr>
          <w:rFonts w:ascii="Times New Roman" w:hAnsi="Times New Roman" w:eastAsia="Times New Roman" w:cs="Times New Roman"/>
          <w:sz w:val="24"/>
        </w:rPr>
        <w:t>Drivers licenses both listing a common address;</w:t>
      </w:r>
    </w:p>
    <w:p>
      <w:pPr/>
      <w:r>
        <w:rPr>
          <w:rFonts w:ascii="Times New Roman" w:hAnsi="Times New Roman" w:eastAsia="Times New Roman" w:cs="Times New Roman"/>
          <w:sz w:val="24"/>
        </w:rPr>
        <w:t>Proof of joint bank accounts or credit accounts;</w:t>
      </w:r>
    </w:p>
    <w:p>
      <w:pPr/>
      <w:r>
        <w:rPr>
          <w:rFonts w:ascii="Times New Roman" w:hAnsi="Times New Roman" w:eastAsia="Times New Roman" w:cs="Times New Roman"/>
          <w:sz w:val="24"/>
        </w:rPr>
        <w:t>Proof of designation as the primary beneficiary for life insurance or retirement benefits, or primary beneficiary designation under a partner’s will; or</w:t>
      </w:r>
    </w:p>
    <w:p>
      <w:pPr/>
      <w:r>
        <w:rPr>
          <w:rFonts w:ascii="Times New Roman" w:hAnsi="Times New Roman" w:eastAsia="Times New Roman" w:cs="Times New Roman"/>
          <w:sz w:val="24"/>
        </w:rPr>
        <w:t>Assignment of a durable financial power of attorney or health care power of attorney (advance directive).</w:t>
      </w:r>
    </w:p>
    <w:p>
      <w:pPr/>
      <w:r>
        <w:rPr>
          <w:rFonts w:ascii="Times New Roman" w:hAnsi="Times New Roman" w:eastAsia="Times New Roman" w:cs="Times New Roman"/>
          <w:b/>
          <w:sz w:val="24"/>
        </w:rPr>
        <w:t>III. CHANGE IN DOMESTIC PARTNERSHIP</w:t>
      </w:r>
    </w:p>
    <w:p>
      <w:pPr/>
    </w:p>
    <w:p>
      <w:pPr/>
      <w:r>
        <w:rPr>
          <w:rFonts w:ascii="Times New Roman" w:hAnsi="Times New Roman" w:eastAsia="Times New Roman" w:cs="Times New Roman"/>
          <w:sz w:val="24"/>
        </w:rPr>
        <w:t>We, the Couple, both agree to notify all parties that are offering benefits due to our domestic partnership status within thirty (30) days of any change or termination. In addition, if there is a termination of a domestic partnership, another may not be created for another six (6) months.</w:t>
      </w:r>
    </w:p>
    <w:p>
      <w:pPr/>
    </w:p>
    <w:p>
      <w:pPr/>
      <w:r>
        <w:rPr>
          <w:rFonts w:ascii="Times New Roman" w:hAnsi="Times New Roman" w:eastAsia="Times New Roman" w:cs="Times New Roman"/>
          <w:b/>
          <w:sz w:val="24"/>
        </w:rPr>
        <w:t>IV. ACKNOWLEDGEMENTS</w:t>
      </w:r>
    </w:p>
    <w:p>
      <w:pPr/>
    </w:p>
    <w:p>
      <w:pPr/>
      <w:r>
        <w:rPr>
          <w:rFonts w:ascii="Times New Roman" w:hAnsi="Times New Roman" w:eastAsia="Times New Roman" w:cs="Times New Roman"/>
          <w:sz w:val="24"/>
        </w:rPr>
        <w:t>We, the Couple, have provided the information located in this Affidavit for the sole purpose of determining our eligibility for domestic partnership benefits. We further understand that any false or misleading statements made in order to receive benefits for which we do not qualify may be subject to disciplinary action.</w:t>
      </w:r>
    </w:p>
    <w:p>
      <w:pPr/>
    </w:p>
    <w:p>
      <w:pPr/>
    </w:p>
    <w:p>
      <w:pPr/>
      <w:r>
        <w:rPr>
          <w:rFonts w:ascii="Times New Roman" w:hAnsi="Times New Roman" w:eastAsia="Times New Roman" w:cs="Times New Roman"/>
          <w:b/>
          <w:sz w:val="24"/>
        </w:rPr>
        <w:t>Partner 1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 Date: ______________</w:t>
      </w:r>
    </w:p>
    <w:p>
      <w:pPr/>
    </w:p>
    <w:p>
      <w:pPr/>
    </w:p>
    <w:p>
      <w:pPr/>
      <w:r>
        <w:rPr>
          <w:rFonts w:ascii="Times New Roman" w:hAnsi="Times New Roman" w:eastAsia="Times New Roman" w:cs="Times New Roman"/>
          <w:b/>
          <w:sz w:val="24"/>
        </w:rPr>
        <w:t>Partner 2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 Date: 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