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Affidavit of Eligibility and Release</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[Date]</w:t>
      </w:r>
    </w:p>
    <w:p>
      <w:pPr>
        <w:keepNext w:val="0"/>
        <w:spacing w:before="200" w:after="0" w:line="260" w:lineRule="exact"/>
        <w:ind w:left="360" w:right="0" w:firstLine="0"/>
        <w:jc w:val="both"/>
      </w:pPr>
      <w:r>
        <w:rPr>
          <w:rFonts w:ascii="Times New Roman" w:hAnsi="Times New Roman" w:eastAsia="Times New Roman" w:cs="Times New Roman"/>
          <w:b w:val="0"/>
          <w:sz w:val="24"/>
        </w:rPr>
        <w:t>I, [full legal name of potential prize winner], hereby attest to the veracity of the following information and make the representations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Verification of Eligibility.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am the potential winner of the promotion sponsored by [full legal name of sponsor] (the "</w:t>
      </w:r>
      <w:r>
        <w:rPr>
          <w:rFonts w:ascii="Times New Roman" w:hAnsi="Times New Roman" w:eastAsia="Times New Roman" w:cs="Times New Roman"/>
          <w:b w:val="0"/>
          <w:sz w:val="24"/>
        </w:rPr>
        <w:t>Sponsor</w:t>
      </w:r>
      <w:r>
        <w:rPr>
          <w:rFonts w:ascii="Times New Roman" w:hAnsi="Times New Roman" w:eastAsia="Times New Roman" w:cs="Times New Roman"/>
          <w:b w:val="0"/>
          <w:sz w:val="24"/>
        </w:rPr>
        <w:t>") and entitled [full legal name of promotion] (the "</w:t>
      </w:r>
      <w:r>
        <w:rPr>
          <w:rFonts w:ascii="Times New Roman" w:hAnsi="Times New Roman" w:eastAsia="Times New Roman" w:cs="Times New Roman"/>
          <w:b w:val="0"/>
          <w:sz w:val="24"/>
        </w:rPr>
        <w:t>Promotion</w:t>
      </w:r>
      <w:r>
        <w:rPr>
          <w:rFonts w:ascii="Times New Roman" w:hAnsi="Times New Roman" w:eastAsia="Times New Roman" w:cs="Times New Roman"/>
          <w:b w:val="0"/>
          <w:sz w:val="24"/>
        </w:rPr>
        <w:t>") that commenced on [enter start date of promotion] (the "</w:t>
      </w:r>
      <w:r>
        <w:rPr>
          <w:rFonts w:ascii="Times New Roman" w:hAnsi="Times New Roman" w:eastAsia="Times New Roman" w:cs="Times New Roman"/>
          <w:b w:val="0"/>
          <w:sz w:val="24"/>
        </w:rPr>
        <w:t>Commencement Date</w:t>
      </w:r>
      <w:r>
        <w:rPr>
          <w:rFonts w:ascii="Times New Roman" w:hAnsi="Times New Roman" w:eastAsia="Times New Roman" w:cs="Times New Roman"/>
          <w:b w:val="0"/>
          <w:sz w:val="24"/>
        </w:rPr>
        <w:t>"). I acknowledge and agree that my entitlement to receive [name/exact description of prize] (the "</w:t>
      </w:r>
      <w:r>
        <w:rPr>
          <w:rFonts w:ascii="Times New Roman" w:hAnsi="Times New Roman" w:eastAsia="Times New Roman" w:cs="Times New Roman"/>
          <w:b w:val="0"/>
          <w:sz w:val="24"/>
        </w:rPr>
        <w:t>Prize</w:t>
      </w:r>
      <w:r>
        <w:rPr>
          <w:rFonts w:ascii="Times New Roman" w:hAnsi="Times New Roman" w:eastAsia="Times New Roman" w:cs="Times New Roman"/>
          <w:b w:val="0"/>
          <w:sz w:val="24"/>
        </w:rPr>
        <w:t xml:space="preserve">") is subject to Sponsor's verification of my identification and valid eligibility and participation in the Promotion. I also understand and agree that I am responsible for executing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and submitting this Affidavit of Eligibility and Release (this "</w:t>
      </w:r>
      <w:r>
        <w:rPr>
          <w:rFonts w:ascii="Times New Roman" w:hAnsi="Times New Roman" w:eastAsia="Times New Roman" w:cs="Times New Roman"/>
          <w:b w:val="0"/>
          <w:sz w:val="24"/>
        </w:rPr>
        <w:t>Affidavit</w:t>
      </w:r>
      <w:r>
        <w:rPr>
          <w:rFonts w:ascii="Times New Roman" w:hAnsi="Times New Roman" w:eastAsia="Times New Roman" w:cs="Times New Roman"/>
          <w:b w:val="0"/>
          <w:sz w:val="24"/>
        </w:rPr>
        <w:t>") to Sponsor by [deadline] to confirm my eligibility to receive the Prize pursuant to the Promotion's official rules (the "</w:t>
      </w:r>
      <w:r>
        <w:rPr>
          <w:rFonts w:ascii="Times New Roman" w:hAnsi="Times New Roman" w:eastAsia="Times New Roman" w:cs="Times New Roman"/>
          <w:b w:val="0"/>
          <w:sz w:val="24"/>
        </w:rPr>
        <w:t>Official Rules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attest to the fact that my full legal name is [name], that I was born on [date] and am currently [age] year(s) old, and that I currently reside at the following address: [address].  My social security number is: [number].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Non-Insider Verification.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of the Commencement Date and continuing through and including the Effective Date, I represent that I was never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agent (either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or part-time basis)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Insider</w:t>
      </w:r>
      <w:r>
        <w:rPr>
          <w:rFonts w:ascii="Times New Roman" w:hAnsi="Times New Roman" w:eastAsia="Times New Roman" w:cs="Times New Roman"/>
          <w:b w:val="0"/>
          <w:sz w:val="24"/>
        </w:rPr>
        <w:t>") of Sponsor and/or [name of the promotion's administrator] (the "</w:t>
      </w:r>
      <w:r>
        <w:rPr>
          <w:rFonts w:ascii="Times New Roman" w:hAnsi="Times New Roman" w:eastAsia="Times New Roman" w:cs="Times New Roman"/>
          <w:b w:val="0"/>
          <w:sz w:val="24"/>
        </w:rPr>
        <w:t>Administrator</w:t>
      </w:r>
      <w:r>
        <w:rPr>
          <w:rFonts w:ascii="Times New Roman" w:hAnsi="Times New Roman" w:eastAsia="Times New Roman" w:cs="Times New Roman"/>
          <w:b w:val="0"/>
          <w:sz w:val="24"/>
        </w:rPr>
        <w:t xml:space="preserve">"), nor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family member or co-inhabitant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Insider.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Verification.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represent that I have acted in full compliance with the Promotion's Official Rules at all times, including without limitation, providing only true and accurate information wherever required, not committing any act of fraud or deception, and otherwise conforming to applicable law.  If I violate this representation in any way, I agree to promptly return the Prize to Sponsor in addition to any other remedies that Sponsor or any third party may seek to enforce against me in connection with such violation.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the Official Rules, I agree to pay all applicable federal, state, and local taxes on my receipt of the Prize.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give Sponsor, along with Sponsor's parent, subsidiaries, affiliates, licensees, successors and assigns, the irrevocable, worldwide, perpetual, fully paid-up right and license to use my name, [approved] likeness, and [approved] biographical information, in any and all media now or hereafter known (including without limitation print, digital, Internet, wireless, television, film, radio, packaging, social media, and mobile) for all of Sponsor's marketing, advertising, publicity, and promotional efforts made in connection with the Promotion.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of Claims.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hold harmless, discharge, and release, on behalf of myself as well as my executors, heirs, and assigns, Sponsor, Administrator, and each of their employees, agents, directors, officers, partners, affiliates, parent, subsidiaries, shareholders, successors, and assigns, from and against any and all claims, lawsuits, demands, injuries, losses, expenses, damages, or other costs or liabilities of any kind or nature, including reasonable attorneys' fees, to the extent arising, directly or indirectly,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conduct of, and my participation in, the Promotion; (b) my receipt, use, or misuse of the Prize; and/or (c) the license set forth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above.</w:t>
      </w:r>
    </w:p>
    <w:p>
      <w:pP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Sworn to before me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