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AFFIDAVIT OF FORGERY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______________________, 20_____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THE CLAIMANT</w:t>
      </w:r>
      <w:r>
        <w:rPr>
          <w:rFonts w:ascii="Times New Roman" w:hAnsi="Times New Roman" w:eastAsia="Times New Roman" w:cs="Times New Roman"/>
          <w:sz w:val="24"/>
        </w:rPr>
        <w:t>. I am first duly sworn and state I am: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Claimant</w:t>
      </w:r>
      <w:r>
        <w:rPr>
          <w:rFonts w:ascii="Times New Roman" w:hAnsi="Times New Roman" w:eastAsia="Times New Roman" w:cs="Times New Roman"/>
          <w:sz w:val="24"/>
        </w:rPr>
        <w:t>: ______________________, with a mailing address of ______________________________________________________ and can be contacted in the following manner: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Phone: 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E-Mail: 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As the “Claimant” of this forgery, I attest the following: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FORGED DOCUMENT</w:t>
      </w:r>
      <w:r>
        <w:rPr>
          <w:rFonts w:ascii="Times New Roman" w:hAnsi="Times New Roman" w:eastAsia="Times New Roman" w:cs="Times New Roman"/>
          <w:sz w:val="24"/>
        </w:rPr>
        <w:t>. The instrument forged is a best described as: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Check (personal or business)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Credit Card </w:t>
        <w:tab/>
        <w:tab/>
        <w:tab/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Loan (note)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Other: 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THE FORGERY.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forgery is best described as: (describe in full)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POLICE REPORT</w:t>
      </w:r>
      <w:r>
        <w:rPr>
          <w:rFonts w:ascii="Times New Roman" w:hAnsi="Times New Roman" w:eastAsia="Times New Roman" w:cs="Times New Roman"/>
          <w:sz w:val="24"/>
        </w:rPr>
        <w:t>. A police report: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Has been filed and was recorded on </w:t>
      </w:r>
      <w:r>
        <w:rPr>
          <w:rFonts w:ascii="Times New Roman" w:hAnsi="Times New Roman" w:eastAsia="Times New Roman" w:cs="Times New Roman"/>
          <w:sz w:val="24"/>
        </w:rPr>
        <w:t>______________________, 20____.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Has NOT been filed but plan on filing in the near-future.</w:t>
        <w:tab/>
        <w:tab/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Has NOT been filed but can file if required as part of processing this Affidavit.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Other: ______________________</w:t>
      </w:r>
    </w:p>
    <w:p>
      <w:pPr/>
    </w:p>
    <w:p>
      <w:pPr>
        <w:spacing w:before="0" w:after="100"/>
      </w:pPr>
      <w:r>
        <w:rPr>
          <w:rFonts w:ascii="Times New Roman" w:hAnsi="Times New Roman" w:eastAsia="Times New Roman" w:cs="Times New Roman"/>
          <w:b/>
          <w:sz w:val="24"/>
        </w:rPr>
        <w:t>VI. ADDITIONAL PROVISIONS</w:t>
      </w:r>
      <w:r>
        <w:rPr>
          <w:rFonts w:ascii="Times New Roman" w:hAnsi="Times New Roman" w:eastAsia="Times New Roman" w:cs="Times New Roman"/>
          <w:sz w:val="24"/>
        </w:rPr>
        <w:t xml:space="preserve">. I, the </w:t>
      </w:r>
      <w:r>
        <w:rPr>
          <w:rFonts w:ascii="Times New Roman" w:hAnsi="Times New Roman" w:eastAsia="Times New Roman" w:cs="Times New Roman"/>
          <w:sz w:val="24"/>
        </w:rPr>
        <w:t>Claimant</w:t>
      </w:r>
      <w:r>
        <w:rPr>
          <w:rFonts w:ascii="Times New Roman" w:hAnsi="Times New Roman" w:eastAsia="Times New Roman" w:cs="Times New Roman"/>
          <w:sz w:val="24"/>
        </w:rPr>
        <w:t xml:space="preserve">, make the following claims: </w:t>
      </w:r>
    </w:p>
    <w:p>
      <w:pPr/>
      <w:r>
        <w:rPr>
          <w:rFonts w:ascii="Times New Roman" w:hAnsi="Times New Roman" w:eastAsia="Times New Roman" w:cs="Times New Roman"/>
          <w:sz w:val="24"/>
        </w:rPr>
        <w:t>I did not receive any part of the proceeds of the instrument listed above. This Affidavit is made voluntarily for the purpose of establishing the fact that my signature is a forgery.</w:t>
      </w:r>
    </w:p>
    <w:p>
      <w:pPr/>
      <w:r>
        <w:rPr>
          <w:rFonts w:ascii="Times New Roman" w:hAnsi="Times New Roman" w:eastAsia="Times New Roman" w:cs="Times New Roman"/>
          <w:sz w:val="24"/>
        </w:rPr>
        <w:t>I understand this forgery is subject to investigation by local, state, and federal law enforcement agencies. I may be required to comply with a court order or subpoena to give testimony.</w:t>
      </w:r>
    </w:p>
    <w:p>
      <w:pPr/>
      <w:r>
        <w:rPr>
          <w:rFonts w:ascii="Times New Roman" w:hAnsi="Times New Roman" w:eastAsia="Times New Roman" w:cs="Times New Roman"/>
          <w:sz w:val="24"/>
        </w:rPr>
        <w:t>I understand making a false sworn statement is subject to federal and state statutes and may be punishable by fines or by imprisonment.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Claimant’s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