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AFFIDAVIT OF HEIRSHIP</w:t>
        <w:br/>
      </w:r>
    </w:p>
    <w:p>
      <w:pPr>
        <w:spacing w:line="360" w:lineRule="auto"/>
        <w:jc w:val="center"/>
      </w:pPr>
      <w:r>
        <w:rPr>
          <w:rFonts w:ascii="Times New Roman" w:hAnsi="Times New Roman" w:eastAsia="Times New Roman" w:cs="Times New Roman"/>
          <w:sz w:val="24"/>
        </w:rPr>
        <w:t>RE: ESTATE OF</w:t>
      </w:r>
    </w:p>
    <w:p>
      <w:pPr>
        <w:jc w:val="center"/>
      </w:pPr>
      <w:r>
        <w:rPr>
          <w:rFonts w:ascii="Times New Roman" w:hAnsi="Times New Roman" w:eastAsia="Times New Roman" w:cs="Times New Roman"/>
          <w:sz w:val="24"/>
        </w:rPr>
        <w:t>[NAME OF DECEDENT]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AFFIANT]</w:t>
      </w:r>
      <w:r>
        <w:rPr>
          <w:rFonts w:ascii="Times New Roman" w:hAnsi="Times New Roman" w:eastAsia="Times New Roman" w:cs="Times New Roman"/>
          <w:sz w:val="24"/>
        </w:rPr>
        <w:t xml:space="preserve">, being duly sworn, depose and say: </w:t>
      </w:r>
    </w:p>
    <w:p>
      <w:pPr>
        <w:spacing w:line="360" w:lineRule="auto"/>
      </w:pPr>
    </w:p>
    <w:p>
      <w:pPr/>
      <w:r>
        <w:rPr>
          <w:rFonts w:ascii="Times New Roman" w:hAnsi="Times New Roman" w:eastAsia="Times New Roman" w:cs="Times New Roman"/>
          <w:sz w:val="24"/>
        </w:rPr>
        <w:t xml:space="preserve">I am over the age of 18 and reside at </w:t>
      </w:r>
      <w:r>
        <w:rPr>
          <w:rFonts w:ascii="Times New Roman" w:hAnsi="Times New Roman" w:eastAsia="Times New Roman" w:cs="Times New Roman"/>
          <w:sz w:val="24"/>
        </w:rPr>
        <w:t>[AFFIANT'S FULL ADDRESS]</w:t>
      </w:r>
      <w:r>
        <w:rPr>
          <w:rFonts w:ascii="Times New Roman" w:hAnsi="Times New Roman" w:eastAsia="Times New Roman" w:cs="Times New Roman"/>
          <w:sz w:val="24"/>
        </w:rPr>
        <w:t>.</w:t>
        <w:br/>
        <w:t xml:space="preserve">My relationship to the decedent is </w:t>
      </w:r>
      <w:r>
        <w:rPr>
          <w:rFonts w:ascii="Times New Roman" w:hAnsi="Times New Roman" w:eastAsia="Times New Roman" w:cs="Times New Roman"/>
          <w:sz w:val="24"/>
        </w:rPr>
        <w:t>[DESCRIBE RELATIONSHIP]</w:t>
      </w:r>
      <w:r>
        <w:rPr>
          <w:rFonts w:ascii="Times New Roman" w:hAnsi="Times New Roman" w:eastAsia="Times New Roman" w:cs="Times New Roman"/>
          <w:sz w:val="24"/>
        </w:rPr>
        <w:t xml:space="preserve">. I knew the decedent for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from </w:t>
      </w:r>
      <w:r>
        <w:rPr>
          <w:rFonts w:ascii="Times New Roman" w:hAnsi="Times New Roman" w:eastAsia="Times New Roman" w:cs="Times New Roman"/>
          <w:sz w:val="24"/>
        </w:rPr>
        <w:t>[DATE]</w:t>
      </w:r>
      <w:r>
        <w:rPr>
          <w:rFonts w:ascii="Times New Roman" w:hAnsi="Times New Roman" w:eastAsia="Times New Roman" w:cs="Times New Roman"/>
          <w:sz w:val="24"/>
        </w:rPr>
        <w:t xml:space="preserve"> until the decedent’s death. </w:t>
      </w:r>
    </w:p>
    <w:p>
      <w:pPr/>
    </w:p>
    <w:p>
      <w:pPr/>
      <w:r>
        <w:rPr>
          <w:rFonts w:ascii="Times New Roman" w:hAnsi="Times New Roman" w:eastAsia="Times New Roman" w:cs="Times New Roman"/>
          <w:sz w:val="24"/>
        </w:rPr>
        <w:t xml:space="preserve">The decedent died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their place of death was </w:t>
      </w:r>
      <w:r>
        <w:rPr>
          <w:rFonts w:ascii="Times New Roman" w:hAnsi="Times New Roman" w:eastAsia="Times New Roman" w:cs="Times New Roman"/>
          <w:sz w:val="24"/>
        </w:rPr>
        <w:t>[PLACE OF DEATH]</w:t>
      </w:r>
      <w:r>
        <w:rPr>
          <w:rFonts w:ascii="Times New Roman" w:hAnsi="Times New Roman" w:eastAsia="Times New Roman" w:cs="Times New Roman"/>
          <w:sz w:val="24"/>
        </w:rPr>
        <w:t xml:space="preserve">. At the time of their death, the decedent’s residence was at </w:t>
      </w:r>
      <w:r>
        <w:rPr>
          <w:rFonts w:ascii="Times New Roman" w:hAnsi="Times New Roman" w:eastAsia="Times New Roman" w:cs="Times New Roman"/>
          <w:sz w:val="24"/>
        </w:rPr>
        <w:t>[DECEDENT'S LAST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 hereby answer the following based on my personal knowledge of the decedent and they are true and correct to the best of my knowledge: </w:t>
      </w:r>
    </w:p>
    <w:p>
      <w:pPr/>
    </w:p>
    <w:p>
      <w:pPr>
        <w:spacing w:line="360" w:lineRule="auto"/>
      </w:pPr>
      <w:r>
        <w:rPr>
          <w:rFonts w:ascii="Times New Roman" w:hAnsi="Times New Roman" w:eastAsia="Times New Roman" w:cs="Times New Roman"/>
          <w:sz w:val="24"/>
        </w:rPr>
        <w:t xml:space="preserve">Did the decedent leave a will?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spacing w:line="360" w:lineRule="auto"/>
      </w:pPr>
      <w:r>
        <w:rPr>
          <w:rFonts w:ascii="Times New Roman" w:hAnsi="Times New Roman" w:eastAsia="Times New Roman" w:cs="Times New Roman"/>
          <w:sz w:val="24"/>
        </w:rPr>
        <w:t xml:space="preserve">If yes, has it been filed with probate?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in what county and state? </w:t>
      </w:r>
      <w:r>
        <w:rPr>
          <w:rFonts w:ascii="Times New Roman" w:hAnsi="Times New Roman" w:eastAsia="Times New Roman" w:cs="Times New Roman"/>
          <w:sz w:val="24"/>
        </w:rPr>
        <w:t>[NAME OF COUNTY AND STATE]</w:t>
      </w:r>
    </w:p>
    <w:p>
      <w:pPr>
        <w:ind w:firstLine="720"/>
      </w:pPr>
    </w:p>
    <w:p>
      <w:pPr>
        <w:spacing w:line="360" w:lineRule="auto"/>
      </w:pPr>
      <w:r>
        <w:rPr>
          <w:rFonts w:ascii="Times New Roman" w:hAnsi="Times New Roman" w:eastAsia="Times New Roman" w:cs="Times New Roman"/>
          <w:sz w:val="24"/>
        </w:rPr>
        <w:t xml:space="preserve">If the decedent did not leave a will, has there been an administration of their estate?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spacing w:line="360" w:lineRule="auto"/>
      </w:pPr>
      <w:r>
        <w:rPr>
          <w:rFonts w:ascii="Times New Roman" w:hAnsi="Times New Roman" w:eastAsia="Times New Roman" w:cs="Times New Roman"/>
          <w:sz w:val="24"/>
        </w:rPr>
        <w:t xml:space="preserve">If yes, in what county and state? </w:t>
      </w:r>
      <w:r>
        <w:rPr>
          <w:rFonts w:ascii="Times New Roman" w:hAnsi="Times New Roman" w:eastAsia="Times New Roman" w:cs="Times New Roman"/>
          <w:sz w:val="24"/>
        </w:rPr>
        <w:t>[NAME OF COUNTY AND STATE]</w:t>
      </w:r>
    </w:p>
    <w:p>
      <w:pPr/>
      <w:r>
        <w:rPr>
          <w:rFonts w:ascii="Times New Roman" w:hAnsi="Times New Roman" w:eastAsia="Times New Roman" w:cs="Times New Roman"/>
          <w:sz w:val="24"/>
        </w:rPr>
        <w:t xml:space="preserve">If yes, who is the appointed administrator? </w:t>
      </w:r>
      <w:r>
        <w:rPr>
          <w:rFonts w:ascii="Times New Roman" w:hAnsi="Times New Roman" w:eastAsia="Times New Roman" w:cs="Times New Roman"/>
          <w:sz w:val="24"/>
        </w:rPr>
        <w:t>[NAME OF ADMINISTRATOR]</w:t>
      </w:r>
    </w:p>
    <w:p>
      <w:pPr>
        <w:ind w:firstLine="720"/>
      </w:pPr>
    </w:p>
    <w:p>
      <w:pPr>
        <w:spacing w:line="360" w:lineRule="auto"/>
      </w:pPr>
      <w:r>
        <w:rPr>
          <w:rFonts w:ascii="Times New Roman" w:hAnsi="Times New Roman" w:eastAsia="Times New Roman" w:cs="Times New Roman"/>
          <w:sz w:val="24"/>
        </w:rPr>
        <w:t>At the time of death, the decedent’s marital status was:</w:t>
      </w:r>
    </w:p>
    <w:p>
      <w:pPr>
        <w:spacing w:line="360" w:lineRule="auto"/>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Married       </w:t>
      </w:r>
      <w:r>
        <w:rPr>
          <w:rFonts w:ascii="Times New Roman" w:hAnsi="Times New Roman" w:eastAsia="Times New Roman" w:cs="Times New Roman"/>
          <w:sz w:val="24"/>
        </w:rPr>
        <w:t xml:space="preserve"> Divorced       </w:t>
      </w:r>
      <w:r>
        <w:rPr>
          <w:rFonts w:ascii="Times New Roman" w:hAnsi="Times New Roman" w:eastAsia="Times New Roman" w:cs="Times New Roman"/>
          <w:sz w:val="24"/>
        </w:rPr>
        <w:t xml:space="preserve"> Single       </w:t>
      </w:r>
      <w:r>
        <w:rPr>
          <w:rFonts w:ascii="Times New Roman" w:hAnsi="Times New Roman" w:eastAsia="Times New Roman" w:cs="Times New Roman"/>
          <w:sz w:val="24"/>
        </w:rPr>
        <w:t xml:space="preserve"> Widowed</w:t>
      </w:r>
    </w:p>
    <w:p>
      <w:pPr>
        <w:ind w:firstLine="720"/>
      </w:pPr>
    </w:p>
    <w:p>
      <w:pPr/>
      <w:r>
        <w:rPr>
          <w:rFonts w:ascii="Times New Roman" w:hAnsi="Times New Roman" w:eastAsia="Times New Roman" w:cs="Times New Roman"/>
          <w:sz w:val="24"/>
        </w:rPr>
        <w:t xml:space="preserve">The decedent’s marital history is as follows: </w:t>
        <w:br/>
      </w:r>
    </w:p>
    <w:p>
      <w:pPr/>
    </w:p>
    <w:p>
      <w:pPr/>
    </w:p>
    <w:p>
      <w:pPr/>
    </w:p>
    <w:p>
      <w:pPr/>
      <w:r>
        <w:rPr>
          <w:rFonts w:ascii="Times New Roman" w:hAnsi="Times New Roman" w:eastAsia="Times New Roman" w:cs="Times New Roman"/>
          <w:sz w:val="24"/>
        </w:rPr>
        <w:t xml:space="preserve">The decedent had the following children (biological or adopted): </w:t>
      </w:r>
    </w:p>
    <w:p>
      <w:pPr/>
    </w:p>
    <w:p>
      <w:pPr/>
    </w:p>
    <w:p>
      <w:pPr/>
      <w:r>
        <w:rPr>
          <w:rFonts w:ascii="Times New Roman" w:hAnsi="Times New Roman" w:eastAsia="Times New Roman" w:cs="Times New Roman"/>
          <w:sz w:val="24"/>
        </w:rPr>
        <w:t xml:space="preserve">If the decedent had any deceased children who were survived by their own children, fill out the information below. </w:t>
      </w:r>
    </w:p>
    <w:p>
      <w:pPr/>
    </w:p>
    <w:p>
      <w:pPr/>
      <w:r>
        <w:rPr>
          <w:rFonts w:ascii="Times New Roman" w:hAnsi="Times New Roman" w:eastAsia="Times New Roman" w:cs="Times New Roman"/>
          <w:sz w:val="24"/>
        </w:rPr>
        <w:t xml:space="preserve">The decedent had the following grandchildren who are heirs of their deceased child(ren): </w:t>
      </w:r>
    </w:p>
    <w:p>
      <w:pPr/>
    </w:p>
    <w:p>
      <w:pPr/>
    </w:p>
    <w:p>
      <w:pPr/>
      <w:r>
        <w:rPr>
          <w:rFonts w:ascii="Times New Roman" w:hAnsi="Times New Roman" w:eastAsia="Times New Roman" w:cs="Times New Roman"/>
          <w:sz w:val="24"/>
        </w:rPr>
        <w:t xml:space="preserve">If the decedent was not survived by any children or grandchildren, fill out the information below. </w:t>
      </w:r>
    </w:p>
    <w:p>
      <w:pPr/>
    </w:p>
    <w:p>
      <w:pPr>
        <w:ind w:firstLine="360"/>
      </w:pPr>
      <w:r>
        <w:rPr>
          <w:rFonts w:ascii="Times New Roman" w:hAnsi="Times New Roman" w:eastAsia="Times New Roman" w:cs="Times New Roman"/>
          <w:sz w:val="24"/>
        </w:rPr>
        <w:t xml:space="preserve">The decedent’s mother was: </w:t>
      </w:r>
    </w:p>
    <w:p>
      <w:pPr>
        <w:ind w:firstLine="360"/>
      </w:pP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decedent’s father was: </w:t>
        <w:br/>
      </w:r>
    </w:p>
    <w:p>
      <w:pPr/>
    </w:p>
    <w:p>
      <w:pPr/>
      <w:r>
        <w:rPr>
          <w:rFonts w:ascii="Times New Roman" w:hAnsi="Times New Roman" w:eastAsia="Times New Roman" w:cs="Times New Roman"/>
          <w:sz w:val="24"/>
        </w:rPr>
        <w:t xml:space="preserve">If the decedent was not survived by any children, grandchildren, or parents, fill out the information below. </w:t>
      </w:r>
    </w:p>
    <w:p>
      <w:pPr/>
    </w:p>
    <w:p>
      <w:pPr>
        <w:ind w:firstLine="360"/>
      </w:pPr>
      <w:r>
        <w:rPr>
          <w:rFonts w:ascii="Times New Roman" w:hAnsi="Times New Roman" w:eastAsia="Times New Roman" w:cs="Times New Roman"/>
          <w:sz w:val="24"/>
        </w:rPr>
        <w:t xml:space="preserve">Decedent had the following siblings (biological or half): </w:t>
      </w:r>
    </w:p>
    <w:p>
      <w:pPr/>
    </w:p>
    <w:p>
      <w:pPr/>
    </w:p>
    <w:p>
      <w:pPr/>
      <w:r>
        <w:rPr>
          <w:rFonts w:ascii="Times New Roman" w:hAnsi="Times New Roman" w:eastAsia="Times New Roman" w:cs="Times New Roman"/>
          <w:sz w:val="24"/>
        </w:rPr>
        <w:t xml:space="preserve">If the decedent had any deceased siblings that were survived by their own children, fill out the information below. </w:t>
      </w:r>
    </w:p>
    <w:p>
      <w:pPr/>
    </w:p>
    <w:p>
      <w:pPr/>
      <w:r>
        <w:rPr>
          <w:rFonts w:ascii="Times New Roman" w:hAnsi="Times New Roman" w:eastAsia="Times New Roman" w:cs="Times New Roman"/>
          <w:sz w:val="24"/>
        </w:rPr>
        <w:t xml:space="preserve">The decedent had the following nephews and/or nieces who are heirs of their deceased sibling(s): </w:t>
        <w:br/>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Did the decedent own interest in any real property?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ind w:firstLine="360"/>
      </w:pPr>
      <w:r>
        <w:rPr>
          <w:rFonts w:ascii="Times New Roman" w:hAnsi="Times New Roman" w:eastAsia="Times New Roman" w:cs="Times New Roman"/>
          <w:sz w:val="24"/>
        </w:rPr>
        <w:t xml:space="preserve">If yes, provide the legal description of each property:  </w:t>
      </w:r>
    </w:p>
    <w:p>
      <w:pPr/>
    </w:p>
    <w:p>
      <w:pPr/>
      <w:r>
        <w:rPr>
          <w:rFonts w:ascii="Times New Roman" w:hAnsi="Times New Roman" w:eastAsia="Times New Roman" w:cs="Times New Roman"/>
          <w:sz w:val="24"/>
        </w:rPr>
        <w:t>[DESCRIPTION OF PROPERTY]</w:t>
      </w:r>
      <w:r>
        <w:rPr>
          <w:rFonts w:ascii="Times New Roman" w:hAnsi="Times New Roman" w:eastAsia="Times New Roman" w:cs="Times New Roman"/>
          <w:sz w:val="24"/>
        </w:rPr>
        <w:br/>
        <w:tab/>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Did the decedent leave any unpaid debts at the time of death?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ind w:firstLine="360"/>
      </w:pPr>
      <w:r>
        <w:rPr>
          <w:rFonts w:ascii="Times New Roman" w:hAnsi="Times New Roman" w:eastAsia="Times New Roman" w:cs="Times New Roman"/>
          <w:sz w:val="24"/>
        </w:rPr>
        <w:t xml:space="preserve">If yes, list the debts: </w:t>
      </w:r>
    </w:p>
    <w:p>
      <w:pPr/>
    </w:p>
    <w:p>
      <w:pPr>
        <w:ind w:firstLine="360"/>
      </w:pPr>
      <w:r>
        <w:rPr>
          <w:rFonts w:ascii="Times New Roman" w:hAnsi="Times New Roman" w:eastAsia="Times New Roman" w:cs="Times New Roman"/>
          <w:sz w:val="24"/>
        </w:rPr>
        <w:t>[LIST OF DEBTS]</w:t>
      </w: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 xml:space="preserve">By signing below, I am declaring under penalties of perjury that I have read the foregoing affidavit of heirship and the facts stated therein are true to the best of my knowledge. </w:t>
      </w:r>
    </w:p>
    <w:p>
      <w:pPr/>
    </w:p>
    <w:p>
      <w:pPr>
        <w:jc w:val="center"/>
      </w:pPr>
      <w:r>
        <w:rPr>
          <w:rFonts w:ascii="Times New Roman" w:hAnsi="Times New Roman" w:eastAsia="Times New Roman" w:cs="Times New Roman"/>
          <w:b/>
          <w:sz w:val="24"/>
        </w:rPr>
        <w:t>(Do not sign until you are in front of a notary or clerk.)</w:t>
      </w:r>
    </w:p>
    <w:p>
      <w:pPr/>
    </w:p>
    <w:p>
      <w:pPr/>
    </w:p>
    <w:p>
      <w:pPr/>
    </w:p>
    <w:p>
      <w:pPr/>
    </w:p>
    <w:p>
      <w:pPr/>
      <w:r>
        <w:rPr>
          <w:rFonts w:ascii="Times New Roman" w:hAnsi="Times New Roman" w:eastAsia="Times New Roman" w:cs="Times New Roman"/>
          <w:sz w:val="24"/>
        </w:rPr>
        <w:t>___________________________</w:t>
        <w:br/>
        <w:t>Signature of Affiant</w:t>
      </w:r>
    </w:p>
    <w:p>
      <w:pPr/>
    </w:p>
    <w:p>
      <w:pPr/>
      <w:r>
        <w:rPr>
          <w:rFonts w:ascii="Times New Roman" w:hAnsi="Times New Roman" w:eastAsia="Times New Roman" w:cs="Times New Roman"/>
          <w:sz w:val="24"/>
        </w:rPr>
        <w:t>___________________________</w:t>
        <w:br/>
        <w:t>Print Name</w:t>
      </w:r>
    </w:p>
    <w:p>
      <w:pPr/>
    </w:p>
    <w:p>
      <w:pPr/>
      <w:r>
        <w:rPr>
          <w:rFonts w:ascii="Times New Roman" w:hAnsi="Times New Roman" w:eastAsia="Times New Roman" w:cs="Times New Roman"/>
          <w:sz w:val="24"/>
        </w:rPr>
        <w:t>___________________________</w:t>
        <w:br/>
        <w:t>Date</w:t>
      </w:r>
    </w:p>
    <w:p>
      <w:pPr/>
    </w:p>
    <w:p>
      <w:pPr/>
    </w:p>
    <w:p>
      <w:pPr/>
    </w:p>
    <w:p>
      <w:pPr/>
    </w:p>
    <w:p>
      <w:pPr/>
    </w:p>
    <w:p>
      <w:pPr/>
    </w:p>
    <w:p>
      <w:pPr/>
    </w:p>
    <w:p>
      <w:pPr/>
    </w:p>
    <w:p>
      <w:pPr/>
    </w:p>
    <w:p>
      <w:pPr/>
      <w:r>
        <w:rPr>
          <w:rFonts w:ascii="Times New Roman" w:hAnsi="Times New Roman" w:eastAsia="Times New Roman" w:cs="Times New Roman"/>
          <w:sz w:val="24"/>
        </w:rPr>
        <w:t>STATE OF __________________</w:t>
        <w:br/>
        <w:br/>
        <w:t>COUNTY OF ________________</w:t>
      </w:r>
    </w:p>
    <w:p>
      <w:pPr/>
    </w:p>
    <w:p>
      <w:pPr/>
      <w:r>
        <w:rPr>
          <w:rFonts w:ascii="Times New Roman" w:hAnsi="Times New Roman" w:eastAsia="Times New Roman" w:cs="Times New Roman"/>
          <w:sz w:val="24"/>
        </w:rPr>
        <w:tab/>
        <w:tab/>
        <w:tab/>
        <w:tab/>
      </w:r>
    </w:p>
    <w:p>
      <w:pPr/>
    </w:p>
    <w:p>
      <w:pPr/>
      <w:r>
        <w:rPr>
          <w:rFonts w:ascii="Times New Roman" w:hAnsi="Times New Roman" w:eastAsia="Times New Roman" w:cs="Times New Roman"/>
          <w:sz w:val="24"/>
        </w:rPr>
        <w:t>On this _____ day of ____________ 20___, before me appeared ________________, known to me to be the person whose name is subscribed to the foregoing instrument, and acknowledged to me that they executed the same for the purposes and consideration therein expressed.</w:t>
      </w:r>
    </w:p>
    <w:p>
      <w:pPr/>
      <w:r>
        <w:rPr>
          <w:rFonts w:ascii="Times New Roman" w:hAnsi="Times New Roman" w:eastAsia="Times New Roman" w:cs="Times New Roman"/>
          <w:sz w:val="24"/>
        </w:rPr>
        <w:tab/>
        <w:tab/>
        <w:tab/>
        <w:tab/>
        <w:tab/>
        <w:tab/>
      </w:r>
    </w:p>
    <w:p>
      <w:pPr/>
    </w:p>
    <w:p>
      <w:pPr/>
      <w:r>
        <w:rPr>
          <w:rFonts w:ascii="Times New Roman" w:hAnsi="Times New Roman" w:eastAsia="Times New Roman" w:cs="Times New Roman"/>
          <w:sz w:val="24"/>
        </w:rPr>
        <w:t>_____________________</w:t>
        <w:tab/>
        <w:tab/>
        <w:tab/>
        <w:tab/>
        <w:br/>
        <w:t>Notary Public</w:t>
        <w:tab/>
      </w:r>
    </w:p>
    <w:p>
      <w:pPr/>
      <w:r>
        <w:rPr>
          <w:rFonts w:ascii="Times New Roman" w:hAnsi="Times New Roman" w:eastAsia="Times New Roman" w:cs="Times New Roman"/>
          <w:sz w:val="24"/>
        </w:rPr>
        <w:tab/>
        <w:tab/>
        <w:tab/>
        <w:tab/>
        <w:tab/>
        <w:tab/>
      </w:r>
    </w:p>
    <w:p>
      <w:pPr>
        <w:ind w:firstLine="720"/>
      </w:pPr>
      <w:r>
        <w:rPr>
          <w:rFonts w:ascii="Times New Roman" w:hAnsi="Times New Roman" w:eastAsia="Times New Roman" w:cs="Times New Roman"/>
          <w:sz w:val="24"/>
        </w:rPr>
        <w:t>My commission expires: 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