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Affidavit of Lost Stock Certificate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("Deponent", being duly sworn, deposes and affirms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Deponent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adult individual who resides at: [ADDRESS].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And is the legal and beneficial owner or is acting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or fiduciary capacity with respect to the following securities ("</w:t>
      </w:r>
      <w:r>
        <w:rPr>
          <w:rFonts w:ascii="Times New Roman" w:hAnsi="Times New Roman" w:eastAsia="Times New Roman" w:cs="Times New Roman"/>
          <w:b/>
          <w:sz w:val="24"/>
        </w:rPr>
        <w:t>Securities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ISSUER NAME: 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CERTIFICATE NUMBER(S): 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NUMBER OF SHARES: 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Deponent further affirms that the Securities have been</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That the Securities were not endorsed.</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That the Securities have not, in whole or part, been assigned, transferred, hypothecated, pledged or otherwise disposed of in any manner whatsoever, and that no person or entity other than the Deponent has any right, title, claim or interest in the same.</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Deponent agrees that if the Securities should ever come into Deponent's hands, by power or custody, Deponent will immediately and without consideration surrender the Securities to [NAME OF ISSUER] for cancellation.</w:t>
      </w:r>
    </w:p>
    <w:p>
      <w:pP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Deponent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of Deponent</w:t>
      </w:r>
    </w:p>
    <w:p>
      <w:pPr>
        <w:keepNext w:val="0"/>
        <w:spacing w:before="200" w:after="0" w:line="260" w:lineRule="exact"/>
        <w:ind w:left="360" w:right="0" w:firstLine="0"/>
        <w:jc w:val="both"/>
      </w:pPr>
      <w:r>
        <w:rPr>
          <w:rFonts w:ascii="Times New Roman" w:hAnsi="Times New Roman" w:eastAsia="Times New Roman" w:cs="Times New Roman"/>
          <w:b w:val="0"/>
          <w:sz w:val="24"/>
        </w:rPr>
        <w:t>State of Delaware</w:t>
      </w:r>
    </w:p>
    <w:p>
      <w:pPr>
        <w:keepNext w:val="0"/>
        <w:spacing w:before="200" w:after="0" w:line="260" w:lineRule="exact"/>
        <w:ind w:left="360" w:right="0" w:firstLine="0"/>
        <w:jc w:val="both"/>
      </w:pPr>
      <w:r>
        <w:rPr>
          <w:rFonts w:ascii="Times New Roman" w:hAnsi="Times New Roman" w:eastAsia="Times New Roman" w:cs="Times New Roman"/>
          <w:b w:val="0"/>
          <w:sz w:val="24"/>
        </w:rPr>
        <w:t>County of 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Signed and sworn to (or affirmed) before me on [DATE] by [NAME(S) OF PERSON(S) MAKING STATEMENT].</w:t>
      </w:r>
    </w:p>
    <w:p>
      <w:pPr>
        <w:keepNext w:val="0"/>
        <w:spacing w:before="200" w:after="0" w:line="260" w:lineRule="exact"/>
        <w:ind w:left="360" w:right="0" w:firstLine="0"/>
        <w:jc w:val="both"/>
      </w:pPr>
      <w:r>
        <w:rPr>
          <w:rFonts w:ascii="Times New Roman" w:hAnsi="Times New Roman" w:eastAsia="Times New Roman" w:cs="Times New Roman"/>
          <w:b w:val="0"/>
          <w:sz w:val="24"/>
        </w:rPr>
        <w:t>[Seal]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notarial officer</w:t>
      </w:r>
    </w:p>
    <w:p>
      <w:pPr>
        <w:keepNext w:val="0"/>
        <w:spacing w:before="200" w:after="0" w:line="260" w:lineRule="exact"/>
        <w:ind w:left="360" w:right="0" w:firstLine="0"/>
        <w:jc w:val="both"/>
      </w:pPr>
      <w:r>
        <w:rPr>
          <w:rFonts w:ascii="Times New Roman" w:hAnsi="Times New Roman" w:eastAsia="Times New Roman" w:cs="Times New Roman"/>
          <w:b w:val="0"/>
          <w:sz w:val="24"/>
        </w:rPr>
        <w:t>My commission expires: 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